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Briefing voor uw website</w:t>
      </w:r>
    </w:p>
    <w:p>
      <w:pPr>
        <w:pStyle w:val="Heading2"/>
      </w:pPr>
      <w:r>
        <w:t>Standard</w:t>
      </w:r>
    </w:p>
    <w:p>
      <w:r>
        <w:t>Vertel ons over uw bedrijf en uw wensen. Korte antwoorden zijn voldoende. Open punten bespreken we samen.</w:t>
      </w:r>
    </w:p>
    <w:p>
      <w:r>
        <w:rPr>
          <w:color w:val="555555"/>
          <w:sz w:val="18"/>
        </w:rPr>
        <w:t>Klik op de velden, vink vakjes aan en kies antwoorden uit de lijsten. Op papier kunt u uw keuze opschrijven. Bestaande documenten mogen antwoorden vervangen.</w:t>
      </w:r>
    </w:p>
    <w:p>
      <w:r>
        <w:rPr>
          <w:color w:val="555555"/>
          <w:sz w:val="18"/>
        </w:rPr>
        <w:t>Gegevens met * zijn nodig voor onze eerste reactie. De rest is optioneel. Kies bij twijfel voor advies of laat het veld leeg.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naam *</w:t>
            </w:r>
          </w:p>
          <w:p>
            <w:pPr>
              <w:spacing w:after="0"/>
            </w:pPr>
            <w:sdt>
              <w:sdtPr>
                <w:alias w:val="Uw naam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e-mailadres voor vragen *</w:t>
            </w:r>
          </w:p>
          <w:p>
            <w:pPr>
              <w:spacing w:after="0"/>
            </w:pPr>
            <w:sdt>
              <w:sdtPr>
                <w:alias w:val="Uw e-mailadres voor vragen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Naam van uw bedrijf of merk</w:t>
            </w:r>
          </w:p>
          <w:p>
            <w:pPr>
              <w:spacing w:after="0"/>
            </w:pPr>
            <w:sdt>
              <w:sdtPr>
                <w:alias w:val="Naam van uw bedrijf of merk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telefoonnummer optioneel</w:t>
            </w:r>
          </w:p>
          <w:p>
            <w:pPr>
              <w:spacing w:after="0"/>
            </w:pPr>
            <w:sdt>
              <w:sdtPr>
                <w:alias w:val="Uw telefoonnummer optioneel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Uw persoonlijke contactgegevens worden niet automatisch op de website getoond.</w:t>
      </w:r>
    </w:p>
    <w:p>
      <w:pPr>
        <w:keepNext/>
        <w:spacing w:before="140"/>
      </w:pPr>
      <w:r>
        <w:rPr>
          <w:b/>
        </w:rPr>
        <w:t>Wat biedt u aan *</w:t>
      </w:r>
    </w:p>
    <w:p>
      <w:pPr>
        <w:keepNext/>
      </w:pPr>
      <w:r>
        <w:rPr>
          <w:color w:val="555555"/>
          <w:sz w:val="18"/>
        </w:rPr>
        <w:t>Bijvoorbeeld woningrenovatie voor particulieren. Enkele woorden zijn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biedt u aan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In welke regio werkt u</w:t>
            </w:r>
          </w:p>
          <w:p>
            <w:pPr>
              <w:spacing w:after="0"/>
            </w:pPr>
            <w:sdt>
              <w:sdtPr>
                <w:alias w:val="In welke regio werkt u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Wie zijn uw klanten</w:t>
            </w:r>
          </w:p>
          <w:p>
            <w:pPr>
              <w:spacing w:after="0"/>
            </w:pPr>
            <w:sdt>
              <w:sdtPr>
                <w:alias w:val="Wie zijn uw klanten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Wat is het belangrijkste doel van de website *</w:t>
      </w:r>
    </w:p>
    <w:p>
      <w:pPr>
        <w:keepNext/>
      </w:pPr>
      <w:r>
        <w:rPr>
          <w:color w:val="555555"/>
          <w:sz w:val="18"/>
        </w:rPr>
        <w:t>Kies één antwoord uit de lijst. Schrijf uw antwoord op als u op papier invult.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t is het belangrijkste doel van de website *"/>
                <w:tag w:val="single_goal"/>
                <w:id w:val="107"/>
                <w:showingPlcHdr/>
                <w:dropDownList>
                  <w:listItem w:displayText="Maak een keuze" w:value="select"/>
                  <w:listItem w:displayText="Bellen" w:value="call"/>
                  <w:listItem w:displayText="Een aanvraag sturen" w:value="enquiry"/>
                  <w:listItem w:displayText="Een e-mail sturen" w:value="email"/>
                  <w:listItem w:displayText="Diensten en projecten bekijken" w:value="view"/>
                  <w:listItem w:displayText="Anders" w:value="other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wilt u met dit project doen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t wilt u met dit project doen"/>
                <w:tag w:val="single_projecttype"/>
                <w:id w:val="108"/>
                <w:showingPlcHdr/>
                <w:dropDownList>
                  <w:listItem w:displayText="Maak een keuze" w:value="select"/>
                  <w:listItem w:displayText="Mijn eerste website laten maken" w:value="firstsite"/>
                  <w:listItem w:displayText="Een bestaande website opnieuw laten ontwerpen" w:value="replace"/>
                  <w:listItem w:displayText="Een bestaande website gericht verbeteren" w:value="improve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naar uw bestaande website indien aanwezig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naar uw bestaande website indien aanwezig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moet blijven of veranderen aan uw bestaande website</w:t>
      </w:r>
    </w:p>
    <w:p>
      <w:pPr>
        <w:keepNext/>
      </w:pPr>
      <w:r>
        <w:rPr>
          <w:color w:val="555555"/>
          <w:sz w:val="18"/>
        </w:rPr>
        <w:t>Alleen bij een bestaande website. Bijvoorbeeld logo, foto’s, teksten, pagina’s of functies.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moet blijven of veranderen aan uw bestaande website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Pagina’s en diensten</w:t>
      </w:r>
    </w:p>
    <w:p>
      <w:r>
        <w:t>Maximaal 5 hoofdpagina’s. Impressum en privacyverklaring tellen niet mee. U hoeft niet alle pagina’s te gebruiken. De definitieve structuur bepalen we samen.</w:t>
      </w:r>
    </w:p>
    <w:p>
      <w:pPr>
        <w:keepNext/>
        <w:spacing w:before="140"/>
      </w:pPr>
      <w:r>
        <w:rPr>
          <w:b/>
        </w:rPr>
        <w:t>Welke pagina’s wilt u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Hom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Home   </w:t>
      </w:r>
      <w:r>
        <w:tab/>
      </w:r>
      <w:sdt>
        <w:sdtPr>
          <w:id w:val="112"/>
          <w:tag w:val="choice_112"/>
          <w:alias w:val="Over 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Over ons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Diens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Diensten   </w:t>
      </w:r>
      <w:r>
        <w:tab/>
      </w:r>
      <w:sdt>
        <w:sdtPr>
          <w:id w:val="114"/>
          <w:tag w:val="choice_114"/>
          <w:alias w:val="Onze projec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Onze projecten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Contac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Contact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Veelgestelde vra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Veelgestelde vragen   </w:t>
      </w:r>
      <w:r>
        <w:tab/>
      </w:r>
      <w:sdt>
        <w:sdtPr>
          <w:id w:val="118"/>
          <w:tag w:val="choice_118"/>
          <w:alias w:val="Stel een structuur voo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Stel een structuur voor   </w:t>
      </w:r>
    </w:p>
    <w:p>
      <w:pPr>
        <w:pStyle w:val="Heading2"/>
      </w:pPr>
      <w:r>
        <w:t>Welke diensten biedt u aan</w:t>
      </w:r>
    </w:p>
    <w:p>
      <w:r>
        <w:rPr>
          <w:color w:val="555555"/>
          <w:sz w:val="18"/>
        </w:rPr>
        <w:t>Beschrijf uw diensten kort. Voeg zo nodig rijen toe of stuur bestaande beschrijvingen mee.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Dienst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Wat houdt de dienst in en voor wie is deze bedoeld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sterke punten moeten wij benadrukken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27"/>
          <w:tag w:val="choice_127"/>
          <w:alias w:val="Ervari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Ervaring   </w:t>
      </w:r>
      <w:r>
        <w:tab/>
      </w:r>
      <w:sdt>
        <w:sdtPr>
          <w:id w:val="128"/>
          <w:tag w:val="choice_128"/>
          <w:alias w:val="Specialisati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Specialisatie   </w:t>
      </w:r>
    </w:p>
    <w:p>
      <w:pPr>
        <w:tabs>
          <w:tab w:pos="4876" w:val="left"/>
        </w:tabs>
        <w:spacing w:after="80"/>
      </w:pPr>
      <w:sdt>
        <w:sdtPr>
          <w:id w:val="129"/>
          <w:tag w:val="choice_129"/>
          <w:alias w:val="Persoonlijke begeleidi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Persoonlijke begeleiding   </w:t>
      </w:r>
      <w:r>
        <w:tab/>
      </w:r>
      <w:sdt>
        <w:sdtPr>
          <w:id w:val="130"/>
          <w:tag w:val="choice_130"/>
          <w:alias w:val="Betrouwbare afsprak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Betrouwbare afspraken   </w:t>
      </w:r>
    </w:p>
    <w:p>
      <w:pPr>
        <w:tabs>
          <w:tab w:pos="4876" w:val="left"/>
        </w:tabs>
        <w:spacing w:after="80"/>
      </w:pPr>
      <w:sdt>
        <w:sdtPr>
          <w:id w:val="131"/>
          <w:tag w:val="choice_131"/>
          <w:alias w:val="Flexibele afsprak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Flexibele afspraken   </w:t>
      </w:r>
      <w:r>
        <w:tab/>
      </w:r>
      <w:sdt>
        <w:sdtPr>
          <w:id w:val="132"/>
          <w:tag w:val="choice_132"/>
          <w:alias w:val="Oplossingen op maa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Oplossingen op maat   </w:t>
      </w:r>
    </w:p>
    <w:p>
      <w:pPr>
        <w:keepNext/>
        <w:spacing w:before="140"/>
      </w:pPr>
      <w:r>
        <w:rPr>
          <w:b/>
        </w:rPr>
        <w:t>Welke mogelijkheden wenst u op de website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33"/>
          <w:tag w:val="choice_133"/>
          <w:alias w:val="Fotogalerij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Fotogalerij   </w:t>
      </w:r>
      <w:r>
        <w:tab/>
      </w:r>
      <w:sdt>
        <w:sdtPr>
          <w:id w:val="134"/>
          <w:tag w:val="choice_134"/>
          <w:alias w:val="Kaart en rout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Kaart en route   </w:t>
      </w:r>
    </w:p>
    <w:p>
      <w:pPr>
        <w:tabs>
          <w:tab w:pos="4876" w:val="left"/>
        </w:tabs>
        <w:spacing w:after="80"/>
      </w:pPr>
      <w:sdt>
        <w:sdtPr>
          <w:id w:val="135"/>
          <w:tag w:val="choice_135"/>
          <w:alias w:val="Documenten download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Documenten downloaden   </w:t>
      </w:r>
      <w:r>
        <w:tab/>
      </w:r>
      <w:sdt>
        <w:sdtPr>
          <w:id w:val="136"/>
          <w:tag w:val="choice_136"/>
          <w:alias w:val="Link naar WhatsApp of sociale media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naar WhatsApp of sociale media   </w:t>
      </w:r>
    </w:p>
    <w:p>
      <w:pPr>
        <w:tabs>
          <w:tab w:pos="4876" w:val="left"/>
        </w:tabs>
        <w:spacing w:after="80"/>
      </w:pPr>
      <w:sdt>
        <w:sdtPr>
          <w:id w:val="137"/>
          <w:tag w:val="choice_137"/>
          <w:alias w:val="Link naar bestaande afsprakenplanne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naar bestaande afsprakenplanner   </w:t>
      </w:r>
      <w:r>
        <w:tab/>
      </w:r>
      <w:sdt>
        <w:sdtPr>
          <w:id w:val="138"/>
          <w:tag w:val="choice_138"/>
          <w:alias w:val="Bestand bij een aanvraag voe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Bestand bij een aanvraag voegen   </w:t>
      </w:r>
    </w:p>
    <w:p>
      <w:pPr>
        <w:tabs>
          <w:tab w:pos="4876" w:val="left"/>
        </w:tabs>
        <w:spacing w:after="80"/>
      </w:pPr>
      <w:sdt>
        <w:sdtPr>
          <w:id w:val="139"/>
          <w:tag w:val="choice_139"/>
          <w:alias w:val="Extra tal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Extra talen   </w:t>
      </w:r>
      <w:r>
        <w:tab/>
      </w:r>
      <w:sdt>
        <w:sdtPr>
          <w:id w:val="140"/>
          <w:tag w:val="choice_140"/>
          <w:alias w:val="Ik ontvang graag advi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Ik ontvang graag advies   </w:t>
      </w:r>
    </w:p>
    <w:p>
      <w:r>
        <w:rPr>
          <w:color w:val="555555"/>
          <w:sz w:val="18"/>
        </w:rPr>
        <w:t>Vink uw wensen aan. Dit is geen opdracht; de omvang en eventuele extra kosten bevestigen we vooraf in de offerte.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Nodig bij de start</w:t>
            </w:r>
          </w:p>
          <w:p>
            <w:pPr>
              <w:spacing w:after="0"/>
            </w:pPr>
            <w:sdt>
              <w:sdtPr>
                <w:alias w:val="Nodig bij de start"/>
                <w:tag w:val="answer_141"/>
                <w:id w:val="14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Kan later volgen</w:t>
            </w:r>
          </w:p>
          <w:p>
            <w:pPr>
              <w:spacing w:after="0"/>
            </w:pPr>
            <w:sdt>
              <w:sdtPr>
                <w:alias w:val="Kan later volgen"/>
                <w:tag w:val="answer_142"/>
                <w:id w:val="14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Bijvoorbeeld functies, inhoud of extra pagina’s. Laat onbekende punten gerust open.</w:t>
      </w:r>
    </w:p>
    <w:p>
      <w:r>
        <w:br w:type="page"/>
      </w:r>
    </w:p>
    <w:p>
      <w:pPr>
        <w:pStyle w:val="Heading1"/>
      </w:pPr>
      <w:r>
        <w:t>Vormgeving en beschikbare materialen</w:t>
      </w:r>
    </w:p>
    <w:p>
      <w:r>
        <w:t>Vink per rij aan wat van toepassing is. Als u hulp nodig heeft, bespreken we vooraf het werk en eventuele extra kosten.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Beschikbaar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Volgt later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Hulp nodig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Niet nodig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3"/>
                <w:tag w:val="choice_143"/>
                <w:alias w:val="Logo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4"/>
                <w:tag w:val="choice_144"/>
                <w:alias w:val="Logo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5"/>
                <w:tag w:val="choice_145"/>
                <w:alias w:val="Logo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6"/>
                <w:tag w:val="choice_146"/>
                <w:alias w:val="Logo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Teksten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7"/>
                <w:tag w:val="choice_147"/>
                <w:alias w:val="Tekst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8"/>
                <w:tag w:val="choice_148"/>
                <w:alias w:val="Tekst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49"/>
                <w:tag w:val="choice_149"/>
                <w:alias w:val="Tekst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0"/>
                <w:tag w:val="choice_150"/>
                <w:alias w:val="Tekst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Foto’s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Foto’s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Foto’s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Foto’s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Foto’s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Projectvoorbeelden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Projectvoorbeeld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Projectvoorbeeld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Projectvoorbeeld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Projectvoorbeeld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Klantbeoordelingen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Klantbeoordeling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Klantbeoordeling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Klantbeoordeling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Klantbeoordeling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en privacytekst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Impressum en privacytekst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Impressum en privacytekst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Impressum en privacytekst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Impressum en privacytekst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Zijn er kleuren of huisstijlregels die we moeten behouden</w:t>
      </w:r>
    </w:p>
    <w:p>
      <w:pPr>
        <w:keepNext/>
      </w:pPr>
      <w:r>
        <w:rPr>
          <w:color w:val="555555"/>
          <w:sz w:val="18"/>
        </w:rPr>
        <w:t>Voeg uw logo of bestaande documenten toe. U kunt ook schrijven: “Graag een ontwerpvoorstel”.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Zijn er kleuren of huisstijlregels die we moeten behouden"/>
                <w:tag w:val="answer_167"/>
                <w:id w:val="16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Welke websites spreken u aan en wat vindt u er goed aan</w:t>
            </w:r>
          </w:p>
          <w:p>
            <w:pPr>
              <w:spacing w:after="0"/>
            </w:pPr>
            <w:sdt>
              <w:sdtPr>
                <w:alias w:val="Welke websites spreken u aan en wat vindt u er goed aan"/>
                <w:tag w:val="answer_168"/>
                <w:id w:val="16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Wat vindt u niet mooi of wilt u vermijden</w:t>
            </w:r>
          </w:p>
          <w:p>
            <w:pPr>
              <w:spacing w:after="0"/>
            </w:pPr>
            <w:sdt>
              <w:sdtPr>
                <w:alias w:val="Wat vindt u niet mooi of wilt u vermijden"/>
                <w:tag w:val="answer_169"/>
                <w:id w:val="16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zijn voldoende. Bijvoorbeeld kleuren, foto’s, overzicht of uitstraling.</w:t>
      </w:r>
    </w:p>
    <w:p>
      <w:pPr>
        <w:keepNext/>
        <w:spacing w:before="140"/>
      </w:pPr>
      <w:r>
        <w:rPr>
          <w:b/>
        </w:rPr>
        <w:t>Hoe wilt u uw klanten aanspreken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Hoe wilt u uw klanten aanspreken"/>
                <w:tag w:val="single_tone"/>
                <w:id w:val="170"/>
                <w:showingPlcHdr/>
                <w:dropDownList>
                  <w:listItem w:displayText="Maak een keuze" w:value="select"/>
                  <w:listItem w:displayText="Met u" w:value="formal"/>
                  <w:listItem w:displayText="Met je" w:value="informal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bedrijven in uw regio bieden vergelijkbare diensten aan</w:t>
      </w:r>
    </w:p>
    <w:p>
      <w:pPr>
        <w:keepNext/>
      </w:pPr>
      <w:r>
        <w:rPr>
          <w:color w:val="555555"/>
          <w:sz w:val="18"/>
        </w:rPr>
        <w:t>Optioneel. Namen of links zijn voldoende. Wij kopiëren geen teksten of ontwerpen van anderen.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bedrijven in uw regio bieden vergelijkbare diensten aan"/>
                <w:tag w:val="answer_171"/>
                <w:id w:val="17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Waar vinden wij uw materialen</w:t>
      </w:r>
    </w:p>
    <w:p>
      <w:pPr>
        <w:keepNext/>
      </w:pPr>
      <w:r>
        <w:rPr>
          <w:color w:val="555555"/>
          <w:sz w:val="18"/>
        </w:rPr>
        <w:t>Een link naar een gedeelde map of de namen van bijlagen. Vermeld geen wachtwoorden. Stuur alleen materiaal dat u mag gebruiken.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ar vinden wij uw materialen"/>
                <w:tag w:val="answer_172"/>
                <w:id w:val="17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Wanneer kunt u de ontbrekende materialen aanleveren</w:t>
      </w:r>
    </w:p>
    <w:p>
      <w:pPr>
        <w:keepNext/>
      </w:pPr>
      <w:r>
        <w:rPr>
          <w:color w:val="555555"/>
          <w:sz w:val="18"/>
        </w:rPr>
        <w:t>Een globale datum of “Samen plannen” is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nneer kunt u de ontbrekende materialen aanleveren"/>
                <w:tag w:val="answer_173"/>
                <w:id w:val="17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Contactgegevens en voorbereiding van de start</w:t>
      </w:r>
    </w:p>
    <w:p>
      <w:pPr>
        <w:pStyle w:val="Heading2"/>
      </w:pPr>
      <w:r>
        <w:t>Welke contactgegevens moeten op uw website staan</w:t>
      </w:r>
    </w:p>
    <w:p>
      <w:r>
        <w:rPr>
          <w:color w:val="555555"/>
          <w:sz w:val="18"/>
        </w:rPr>
        <w:t>Vul alleen gegevens in die bezoekers mogen zien. Laat overbodige velden leeg.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Telefoon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74"/>
                <w:id w:val="17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E-mail op de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Adres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Openingstijden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Links naar sociale media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78"/>
                <w:id w:val="17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Op welk e-mailadres wilt u websiteaanvragen ontvangen</w:t>
            </w:r>
          </w:p>
          <w:p>
            <w:pPr>
              <w:spacing w:after="0"/>
            </w:pPr>
            <w:sdt>
              <w:sdtPr>
                <w:alias w:val="Op welk e-mailadres wilt u websiteaanvragen ontvangen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Heeft u al een domeinnaam en hostingprovider</w:t>
            </w:r>
          </w:p>
          <w:p>
            <w:pPr>
              <w:spacing w:after="0"/>
            </w:pPr>
            <w:sdt>
              <w:sdtPr>
                <w:alias w:val="Heeft u al een domeinnaam en hostingprovider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Vermeld domein en provider of schrijf “Graag hulp”. Vermeld geen wachtwoorden.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Hoofdtaal van de website</w:t>
            </w:r>
          </w:p>
          <w:p>
            <w:pPr>
              <w:spacing w:after="0"/>
            </w:pPr>
            <w:sdt>
              <w:sdtPr>
                <w:alias w:val="Hoofdtaal van de website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Gewenste startdatum</w:t>
            </w:r>
          </w:p>
          <w:p>
            <w:pPr>
              <w:spacing w:after="0"/>
            </w:pPr>
            <w:sdt>
              <w:sdtPr>
                <w:alias w:val="Gewenste startdatum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Vermeld één hoofdtaal. Extra taalversies en de kosten spreken we apart af.</w:t>
      </w:r>
    </w:p>
    <w:p>
      <w:r>
        <w:rPr>
          <w:color w:val="555555"/>
          <w:sz w:val="18"/>
        </w:rPr>
        <w:t>Een globale datum is voldoende. Vermeld een vaste aanleiding bij de opmerkingen.</w:t>
      </w:r>
    </w:p>
    <w:p>
      <w:pPr>
        <w:keepNext/>
        <w:spacing w:before="140"/>
      </w:pPr>
      <w:r>
        <w:rPr>
          <w:b/>
        </w:rPr>
        <w:t>Wie gaat de inhoud na de start bijwerken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ie gaat de inhoud na de start bijwerken"/>
                <w:tag w:val="single_maintenance"/>
                <w:id w:val="183"/>
                <w:showingPlcHdr/>
                <w:dropDownList>
                  <w:listItem w:displayText="Maak een keuze" w:value="select"/>
                  <w:listItem w:displayText="Ikzelf na uitleg" w:value="selfmanage"/>
                  <w:listItem w:displayText="Aboxon volgens aparte afspraak" w:value="agencycare"/>
                  <w:listItem w:displayText="Er zijn zelden wijzigingen nodig" w:value="rarechanges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Wat wilt u waarschijnlijk bijwerken</w:t>
            </w:r>
          </w:p>
          <w:p>
            <w:pPr>
              <w:spacing w:after="0"/>
            </w:pPr>
            <w:sdt>
              <w:sdtPr>
                <w:alias w:val="Wat wilt u waarschijnlijk bijwerken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Wie stemt de website met ons af</w:t>
            </w:r>
          </w:p>
          <w:p>
            <w:pPr>
              <w:spacing w:after="0"/>
            </w:pPr>
            <w:sdt>
              <w:sdtPr>
                <w:alias w:val="Wie stemt de website met ons af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Bijvoorbeeld projecten, diensten of openingstijden.</w:t>
      </w:r>
    </w:p>
    <w:p>
      <w:r>
        <w:rPr>
          <w:color w:val="555555"/>
          <w:sz w:val="18"/>
        </w:rPr>
        <w:t>Uzelf of een andere verantwoordelijke via wie wij feedback verzamelen.</w:t>
      </w:r>
    </w:p>
    <w:p>
      <w:pPr>
        <w:keepNext/>
        <w:spacing w:before="140"/>
      </w:pPr>
      <w:r>
        <w:rPr>
          <w:b/>
        </w:rPr>
        <w:t>Aanvullende wensen en opmerkingen</w:t>
      </w:r>
    </w:p>
    <w:p>
      <w:pPr>
        <w:keepNext/>
      </w:pPr>
      <w:r>
        <w:rPr>
          <w:color w:val="555555"/>
          <w:sz w:val="18"/>
        </w:rPr>
        <w:t>Bijzondere functies en extra talen spreken we apart af. Vermeld ook een vaste aanleiding voor de startdatum.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anvullende wensen en opmerkingen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pStyle w:val="Heading2"/>
      </w:pPr>
      <w:r>
        <w:t>Zo stuurt u ons uw briefing</w:t>
      </w:r>
    </w:p>
    <w:p>
      <w:r>
        <w:rPr>
          <w:color w:val="555555"/>
          <w:sz w:val="18"/>
        </w:rPr>
        <w:t>Sla het bestand op en stuur het naar office@aboxon-webkonzept.de of voeg het toe aan uw aanvraag op onze website. Daar kunt u één DOCX of PDF tot 5 MiB toevoegen. Stuur ander materiaal apart of als maplink.</w:t>
      </w:r>
    </w:p>
    <w:p>
      <w:r>
        <w:rPr>
          <w:color w:val="555555"/>
          <w:sz w:val="18"/>
        </w:rPr>
        <w:t>Wij bespreken open vragen en bevestigen de omvang in de offerte. De briefing alleen is geen opdracht.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Standard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Briefing voor uw website Standard</dc:title>
  <dc:subject>Briefing voor uw website</dc:subject>
  <dc:creator>Aboxon Webkonzept</dc:creator>
  <cp:keywords>Briefing Standard nl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