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project brief</w:t>
      </w:r>
    </w:p>
    <w:p>
      <w:pPr>
        <w:pStyle w:val="Heading2"/>
      </w:pPr>
      <w:r>
        <w:t>Standard</w:t>
      </w:r>
    </w:p>
    <w:p>
      <w:r>
        <w:t>Tell us about your business and your website wishes. Short answers are enough. We will discuss any open questions together.</w:t>
      </w:r>
    </w:p>
    <w:p>
      <w:r>
        <w:rPr>
          <w:color w:val="555555"/>
          <w:sz w:val="18"/>
        </w:rPr>
        <w:t>Click the fields, tick the boxes and choose answers from the lists. On paper, write in your answers. You can send existing documents instead of repeating the information.</w:t>
      </w:r>
    </w:p>
    <w:p>
      <w:r>
        <w:rPr>
          <w:color w:val="555555"/>
          <w:sz w:val="18"/>
        </w:rPr>
        <w:t>Fields marked * are needed for our initial response. Everything else is optional. If you are unsure, choose advice or leave the field blank.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name *</w:t>
            </w:r>
          </w:p>
          <w:p>
            <w:pPr>
              <w:spacing w:after="0"/>
            </w:pPr>
            <w:sdt>
              <w:sdtPr>
                <w:alias w:val="Your name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contact email *</w:t>
            </w:r>
          </w:p>
          <w:p>
            <w:pPr>
              <w:spacing w:after="0"/>
            </w:pPr>
            <w:sdt>
              <w:sdtPr>
                <w:alias w:val="Your contact email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Business or brand name</w:t>
            </w:r>
          </w:p>
          <w:p>
            <w:pPr>
              <w:spacing w:after="0"/>
            </w:pPr>
            <w:sdt>
              <w:sdtPr>
                <w:alias w:val="Business or brand name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phone number optional</w:t>
            </w:r>
          </w:p>
          <w:p>
            <w:pPr>
              <w:spacing w:after="0"/>
            </w:pPr>
            <w:sdt>
              <w:sdtPr>
                <w:alias w:val="Your phone number optional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Your personal contact details will not automatically appear on the website.</w:t>
      </w:r>
    </w:p>
    <w:p>
      <w:pPr>
        <w:keepNext/>
        <w:spacing w:before="140"/>
      </w:pPr>
      <w:r>
        <w:rPr>
          <w:b/>
        </w:rPr>
        <w:t>What do you offer *</w:t>
      </w:r>
    </w:p>
    <w:p>
      <w:pPr>
        <w:keepNext/>
      </w:pPr>
      <w:r>
        <w:rPr>
          <w:color w:val="555555"/>
          <w:sz w:val="18"/>
        </w:rPr>
        <w:t>For example, home renovation for private customers. A few words are enough.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do you offer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area do you serve</w:t>
            </w:r>
          </w:p>
          <w:p>
            <w:pPr>
              <w:spacing w:after="0"/>
            </w:pPr>
            <w:sdt>
              <w:sdtPr>
                <w:alias w:val="Which area do you serve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Who are your customers</w:t>
            </w:r>
          </w:p>
          <w:p>
            <w:pPr>
              <w:spacing w:after="0"/>
            </w:pPr>
            <w:sdt>
              <w:sdtPr>
                <w:alias w:val="Who are your customers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What is the main goal of the website *</w:t>
      </w:r>
    </w:p>
    <w:p>
      <w:pPr>
        <w:keepNext/>
      </w:pPr>
      <w:r>
        <w:rPr>
          <w:color w:val="555555"/>
          <w:sz w:val="18"/>
        </w:rPr>
        <w:t>Choose one answer from the list. If completing this on paper, write in your answer.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at is the main goal of the website *"/>
                <w:tag w:val="single_goal"/>
                <w:id w:val="107"/>
                <w:showingPlcHdr/>
                <w:dropDownList>
                  <w:listItem w:displayText="Please choose" w:value="select"/>
                  <w:listItem w:displayText="Receive phone calls" w:value="call"/>
                  <w:listItem w:displayText="Receive enquiries" w:value="enquiry"/>
                  <w:listItem w:displayText="Receive emails" w:value="email"/>
                  <w:listItem w:displayText="Present services and completed work" w:value="view"/>
                  <w:listItem w:displayText="Other" w:value="other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would you like us to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at would you like us to do"/>
                <w:tag w:val="single_projecttype"/>
                <w:id w:val="108"/>
                <w:showingPlcHdr/>
                <w:dropDownList>
                  <w:listItem w:displayText="Please choose" w:value="select"/>
                  <w:listItem w:displayText="Create my first website" w:value="firstsite"/>
                  <w:listItem w:displayText="Redesign an existing website" w:value="replace"/>
                  <w:listItem w:displayText="Improve an existing website" w:value="improve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to your existing website if you have 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to your existing website if you have one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should we keep or change on your existing website</w:t>
      </w:r>
    </w:p>
    <w:p>
      <w:pPr>
        <w:keepNext/>
      </w:pPr>
      <w:r>
        <w:rPr>
          <w:color w:val="555555"/>
          <w:sz w:val="18"/>
        </w:rPr>
        <w:t>Only if you already have a website. For example, your logo, photos, text, pages or particular features.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should we keep or change on your existing website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Pages and services</w:t>
      </w:r>
    </w:p>
    <w:p>
      <w:r>
        <w:t>Up to 5 main pages. The legal notice and privacy policy do not count towards this limit. You do not have to use every page. We will agree the final structure together.</w:t>
      </w:r>
    </w:p>
    <w:p>
      <w:pPr>
        <w:keepNext/>
        <w:spacing w:before="140"/>
      </w:pPr>
      <w:r>
        <w:rPr>
          <w:b/>
        </w:rPr>
        <w:t>Which pages would you like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Hom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Home   </w:t>
      </w:r>
      <w:r>
        <w:tab/>
      </w:r>
      <w:sdt>
        <w:sdtPr>
          <w:id w:val="112"/>
          <w:tag w:val="choice_112"/>
          <w:alias w:val="About u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About us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Servic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Services   </w:t>
      </w:r>
      <w:r>
        <w:tab/>
      </w:r>
      <w:sdt>
        <w:sdtPr>
          <w:id w:val="114"/>
          <w:tag w:val="choice_114"/>
          <w:alias w:val="Our wor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Our work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Contac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Contact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Frequently asked ques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Frequently asked questions   </w:t>
      </w:r>
      <w:r>
        <w:tab/>
      </w:r>
      <w:sdt>
        <w:sdtPr>
          <w:id w:val="118"/>
          <w:tag w:val="choice_118"/>
          <w:alias w:val="Please suggest a structur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Please suggest a structure   </w:t>
      </w:r>
    </w:p>
    <w:p>
      <w:pPr>
        <w:pStyle w:val="Heading2"/>
      </w:pPr>
      <w:r>
        <w:t>Which services do you offer</w:t>
      </w:r>
    </w:p>
    <w:p>
      <w:r>
        <w:rPr>
          <w:color w:val="555555"/>
          <w:sz w:val="18"/>
        </w:rPr>
        <w:t>Briefly describe your services. Add rows if needed, or attach existing service descriptions.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Service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What does it include and who is it for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strengths should we highlight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27"/>
          <w:tag w:val="choice_127"/>
          <w:alias w:val="Experien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Experience   </w:t>
      </w:r>
      <w:r>
        <w:tab/>
      </w:r>
      <w:sdt>
        <w:sdtPr>
          <w:id w:val="128"/>
          <w:tag w:val="choice_128"/>
          <w:alias w:val="Specialist expertis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Specialist expertise   </w:t>
      </w:r>
    </w:p>
    <w:p>
      <w:pPr>
        <w:tabs>
          <w:tab w:pos="4876" w:val="left"/>
        </w:tabs>
        <w:spacing w:after="80"/>
      </w:pPr>
      <w:sdt>
        <w:sdtPr>
          <w:id w:val="129"/>
          <w:tag w:val="choice_129"/>
          <w:alias w:val="Personal ser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Personal service   </w:t>
      </w:r>
      <w:r>
        <w:tab/>
      </w:r>
      <w:sdt>
        <w:sdtPr>
          <w:id w:val="130"/>
          <w:tag w:val="choice_130"/>
          <w:alias w:val="Reliable commit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Reliable commitments   </w:t>
      </w:r>
    </w:p>
    <w:p>
      <w:pPr>
        <w:tabs>
          <w:tab w:pos="4876" w:val="left"/>
        </w:tabs>
        <w:spacing w:after="80"/>
      </w:pPr>
      <w:sdt>
        <w:sdtPr>
          <w:id w:val="131"/>
          <w:tag w:val="choice_131"/>
          <w:alias w:val="Flexible appoint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Flexible appointments   </w:t>
      </w:r>
      <w:r>
        <w:tab/>
      </w:r>
      <w:sdt>
        <w:sdtPr>
          <w:id w:val="132"/>
          <w:tag w:val="choice_132"/>
          <w:alias w:val="Tailored solu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Tailored solutions   </w:t>
      </w:r>
    </w:p>
    <w:p>
      <w:pPr>
        <w:keepNext/>
        <w:spacing w:before="140"/>
      </w:pPr>
      <w:r>
        <w:rPr>
          <w:b/>
        </w:rPr>
        <w:t>Which website features would you like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33"/>
          <w:tag w:val="choice_133"/>
          <w:alias w:val="Photo gallery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Photo gallery   </w:t>
      </w:r>
      <w:r>
        <w:tab/>
      </w:r>
      <w:sdt>
        <w:sdtPr>
          <w:id w:val="134"/>
          <w:tag w:val="choice_134"/>
          <w:alias w:val="Map and direc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Map and directions   </w:t>
      </w:r>
    </w:p>
    <w:p>
      <w:pPr>
        <w:tabs>
          <w:tab w:pos="4876" w:val="left"/>
        </w:tabs>
        <w:spacing w:after="80"/>
      </w:pPr>
      <w:sdt>
        <w:sdtPr>
          <w:id w:val="135"/>
          <w:tag w:val="choice_135"/>
          <w:alias w:val="Downloadable docu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Downloadable documents   </w:t>
      </w:r>
      <w:r>
        <w:tab/>
      </w:r>
      <w:sdt>
        <w:sdtPr>
          <w:id w:val="136"/>
          <w:tag w:val="choice_136"/>
          <w:alias w:val="WhatsApp or social media lin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WhatsApp or social media link   </w:t>
      </w:r>
    </w:p>
    <w:p>
      <w:pPr>
        <w:tabs>
          <w:tab w:pos="4876" w:val="left"/>
        </w:tabs>
        <w:spacing w:after="80"/>
      </w:pPr>
      <w:sdt>
        <w:sdtPr>
          <w:id w:val="137"/>
          <w:tag w:val="choice_137"/>
          <w:alias w:val="Link to an existing booking ser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to an existing booking service   </w:t>
      </w:r>
      <w:r>
        <w:tab/>
      </w:r>
      <w:sdt>
        <w:sdtPr>
          <w:id w:val="138"/>
          <w:tag w:val="choice_138"/>
          <w:alias w:val="File attachment in the enquiry for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File attachment in the enquiry form   </w:t>
      </w:r>
    </w:p>
    <w:p>
      <w:pPr>
        <w:tabs>
          <w:tab w:pos="4876" w:val="left"/>
        </w:tabs>
        <w:spacing w:after="80"/>
      </w:pPr>
      <w:sdt>
        <w:sdtPr>
          <w:id w:val="139"/>
          <w:tag w:val="choice_139"/>
          <w:alias w:val="Additional languag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Additional languages   </w:t>
      </w:r>
      <w:r>
        <w:tab/>
      </w:r>
      <w:sdt>
        <w:sdtPr>
          <w:id w:val="140"/>
          <w:tag w:val="choice_140"/>
          <w:alias w:val="I would like your ad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 would like your advice   </w:t>
      </w:r>
    </w:p>
    <w:p>
      <w:r>
        <w:rPr>
          <w:color w:val="555555"/>
          <w:sz w:val="18"/>
        </w:rPr>
        <w:t>Tick your wishes. This does not place an order. We will confirm the scope and any additional costs in our proposal before work begins.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Essential for launch</w:t>
            </w:r>
          </w:p>
          <w:p>
            <w:pPr>
              <w:spacing w:after="0"/>
            </w:pPr>
            <w:sdt>
              <w:sdtPr>
                <w:alias w:val="Essential for launch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Can be added later</w:t>
            </w:r>
          </w:p>
          <w:p>
            <w:pPr>
              <w:spacing w:after="0"/>
            </w:pPr>
            <w:sdt>
              <w:sdtPr>
                <w:alias w:val="Can be added later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For example, features, content or extra pages. Leave any undecided points blank.</w:t>
      </w:r>
    </w:p>
    <w:p>
      <w:r>
        <w:br w:type="page"/>
      </w:r>
    </w:p>
    <w:p>
      <w:pPr>
        <w:pStyle w:val="Heading1"/>
      </w:pPr>
      <w:r>
        <w:t>Design and available materials</w:t>
      </w:r>
    </w:p>
    <w:p>
      <w:r>
        <w:t>Tick one option in each row. If you need help, we will discuss the work and any additional costs in advance.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Available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Will send later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Need help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Not needed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3"/>
                <w:tag w:val="choice_143"/>
                <w:alias w:val="Logo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4"/>
                <w:tag w:val="choice_144"/>
                <w:alias w:val="Logo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5"/>
                <w:tag w:val="choice_145"/>
                <w:alias w:val="Logo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6"/>
                <w:tag w:val="choice_146"/>
                <w:alias w:val="Logo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Text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7"/>
                <w:tag w:val="choice_147"/>
                <w:alias w:val="Text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8"/>
                <w:tag w:val="choice_148"/>
                <w:alias w:val="Text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9"/>
                <w:tag w:val="choice_149"/>
                <w:alias w:val="Text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0"/>
                <w:tag w:val="choice_150"/>
                <w:alias w:val="Text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Photos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Photo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Photo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Photo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Photo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 examples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Project example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Project example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Project example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Project example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Customer reviews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Customer review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Customer review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Customer review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Customer review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Legal notice and privacy policy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Legal notice and privacy policy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Legal notice and privacy policy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Legal notice and privacy policy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Legal notice and privacy policy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Are there colours or brand guidelines we should keep</w:t>
      </w:r>
    </w:p>
    <w:p>
      <w:pPr>
        <w:keepNext/>
      </w:pPr>
      <w:r>
        <w:rPr>
          <w:color w:val="555555"/>
          <w:sz w:val="18"/>
        </w:rPr>
        <w:t>Attach your logo or existing materials. You may also write Please suggest a design.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re there colours or brand guidelines we should keep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websites do you like and what do you like about them</w:t>
            </w:r>
          </w:p>
          <w:p>
            <w:pPr>
              <w:spacing w:after="0"/>
            </w:pPr>
            <w:sdt>
              <w:sdtPr>
                <w:alias w:val="Which websites do you like and what do you like about them"/>
                <w:tag w:val="answer_168"/>
                <w:id w:val="16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What do you dislike or want to avoid</w:t>
            </w:r>
          </w:p>
          <w:p>
            <w:pPr>
              <w:spacing w:after="0"/>
            </w:pPr>
            <w:sdt>
              <w:sdtPr>
                <w:alias w:val="What do you dislike or want to avoid"/>
                <w:tag w:val="answer_169"/>
                <w:id w:val="16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are enough. For example, colours, photos, ease of use or the overall feel.</w:t>
      </w:r>
    </w:p>
    <w:p>
      <w:pPr>
        <w:keepNext/>
        <w:spacing w:before="140"/>
      </w:pPr>
      <w:r>
        <w:rPr>
          <w:b/>
        </w:rPr>
        <w:t>How would you like to address your visitors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How would you like to address your visitors"/>
                <w:tag w:val="single_tone"/>
                <w:id w:val="170"/>
                <w:showingPlcHdr/>
                <w:dropDownList>
                  <w:listItem w:displayText="Please choose" w:value="select"/>
                  <w:listItem w:displayText="Formal and professional" w:value="formal"/>
                  <w:listItem w:displayText="Friendly and informal" w:value="informal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businesses offer similar services in your area</w:t>
      </w:r>
    </w:p>
    <w:p>
      <w:pPr>
        <w:keepNext/>
      </w:pPr>
      <w:r>
        <w:rPr>
          <w:color w:val="555555"/>
          <w:sz w:val="18"/>
        </w:rPr>
        <w:t>Optional. Names or links are enough. We do not copy other businesses' text or designs.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ich businesses offer similar services in your area"/>
                <w:tag w:val="answer_171"/>
                <w:id w:val="17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Where can we find your materials</w:t>
      </w:r>
    </w:p>
    <w:p>
      <w:pPr>
        <w:keepNext/>
      </w:pPr>
      <w:r>
        <w:rPr>
          <w:color w:val="555555"/>
          <w:sz w:val="18"/>
        </w:rPr>
        <w:t>Add a shared folder link or the names of attached files. Do not include passwords. Only send materials you have permission to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ere can we find your materials"/>
                <w:tag w:val="answer_172"/>
                <w:id w:val="17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When can you send any missing materials</w:t>
      </w:r>
    </w:p>
    <w:p>
      <w:pPr>
        <w:keepNext/>
      </w:pPr>
      <w:r>
        <w:rPr>
          <w:color w:val="555555"/>
          <w:sz w:val="18"/>
        </w:rPr>
        <w:t>An approximate date or Let's plan together is enough.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en can you send any missing materials"/>
                <w:tag w:val="answer_173"/>
                <w:id w:val="17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Website contact details and launch preparation</w:t>
      </w:r>
    </w:p>
    <w:p>
      <w:pPr>
        <w:pStyle w:val="Heading2"/>
      </w:pPr>
      <w:r>
        <w:t>Which contact details should appear on your website</w:t>
      </w:r>
    </w:p>
    <w:p>
      <w:r>
        <w:rPr>
          <w:color w:val="555555"/>
          <w:sz w:val="18"/>
        </w:rPr>
        <w:t>Only include details you want visitors to see. Leave any unnecessary fields blank.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Phone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74"/>
                <w:id w:val="17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on the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Address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Opening hours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Social media links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78"/>
                <w:id w:val="17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email should receive website enquiries</w:t>
            </w:r>
          </w:p>
          <w:p>
            <w:pPr>
              <w:spacing w:after="0"/>
            </w:pPr>
            <w:sdt>
              <w:sdtPr>
                <w:alias w:val="Which email should receive website enquiries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Do you already have a domain and hosting</w:t>
            </w:r>
          </w:p>
          <w:p>
            <w:pPr>
              <w:spacing w:after="0"/>
            </w:pPr>
            <w:sdt>
              <w:sdtPr>
                <w:alias w:val="Do you already have a domain and hosting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Name the domain and provider or write Please help. Do not include passwords.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Main website language</w:t>
            </w:r>
          </w:p>
          <w:p>
            <w:pPr>
              <w:spacing w:after="0"/>
            </w:pPr>
            <w:sdt>
              <w:sdtPr>
                <w:alias w:val="Main website language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Preferred launch date</w:t>
            </w:r>
          </w:p>
          <w:p>
            <w:pPr>
              <w:spacing w:after="0"/>
            </w:pPr>
            <w:sdt>
              <w:sdtPr>
                <w:alias w:val="Preferred launch date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Name one main language. We will agree additional language versions and their cost separately.</w:t>
      </w:r>
    </w:p>
    <w:p>
      <w:r>
        <w:rPr>
          <w:color w:val="555555"/>
          <w:sz w:val="18"/>
        </w:rPr>
        <w:t>An approximate date is enough. Mention any event or fixed deadline in the comments.</w:t>
      </w:r>
    </w:p>
    <w:p>
      <w:pPr>
        <w:keepNext/>
        <w:spacing w:before="140"/>
      </w:pPr>
      <w:r>
        <w:rPr>
          <w:b/>
        </w:rPr>
        <w:t>Who will update the content after launch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o will update the content after launch"/>
                <w:tag w:val="single_maintenance"/>
                <w:id w:val="183"/>
                <w:showingPlcHdr/>
                <w:dropDownList>
                  <w:listItem w:displayText="Please choose" w:value="select"/>
                  <w:listItem w:displayText="I will, after an introduction" w:value="selfmanage"/>
                  <w:listItem w:displayText="Aboxon by separate agreement" w:value="agencycare"/>
                  <w:listItem w:displayText="Only occasional changes are needed" w:value="rarechanges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What do you expect to update</w:t>
            </w:r>
          </w:p>
          <w:p>
            <w:pPr>
              <w:spacing w:after="0"/>
            </w:pPr>
            <w:sdt>
              <w:sdtPr>
                <w:alias w:val="What do you expect to update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Who will review and approve the website with us</w:t>
            </w:r>
          </w:p>
          <w:p>
            <w:pPr>
              <w:spacing w:after="0"/>
            </w:pPr>
            <w:sdt>
              <w:sdtPr>
                <w:alias w:val="Who will review and approve the website with us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For example, projects, services or opening hours.</w:t>
      </w:r>
    </w:p>
    <w:p>
      <w:r>
        <w:rPr>
          <w:color w:val="555555"/>
          <w:sz w:val="18"/>
        </w:rPr>
        <w:t>You or another responsible person through whom we will collect feedback.</w:t>
      </w:r>
    </w:p>
    <w:p>
      <w:pPr>
        <w:keepNext/>
        <w:spacing w:before="140"/>
      </w:pPr>
      <w:r>
        <w:rPr>
          <w:b/>
        </w:rPr>
        <w:t>Additional wishes and comments</w:t>
      </w:r>
    </w:p>
    <w:p>
      <w:pPr>
        <w:keepNext/>
      </w:pPr>
      <w:r>
        <w:rPr>
          <w:color w:val="555555"/>
          <w:sz w:val="18"/>
        </w:rPr>
        <w:t>Special features and extra languages are agreed separately. Also mention any event that sets your launch deadline.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dditional wishes and comments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pStyle w:val="Heading2"/>
      </w:pPr>
      <w:r>
        <w:t>How to send us your brief</w:t>
      </w:r>
    </w:p>
    <w:p>
      <w:r>
        <w:rPr>
          <w:color w:val="555555"/>
          <w:sz w:val="18"/>
        </w:rPr>
        <w:t>Save the file and email it to office@aboxon-webkonzept.de or attach it to your enquiry on our website. The enquiry accepts one DOCX or PDF up to 5 MiB. Send other materials separately or as a folder link.</w:t>
      </w:r>
    </w:p>
    <w:p>
      <w:r>
        <w:rPr>
          <w:color w:val="555555"/>
          <w:sz w:val="18"/>
        </w:rPr>
        <w:t>We will clarify the details and confirm the scope in our proposal. Completing the brief does not place an order.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Standard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 Standard</dc:title>
  <dc:subject>Website project brief</dc:subject>
  <dc:creator>Aboxon Webkonzept</dc:creator>
  <cp:keywords>Briefing Standard en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