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Briefing</w:t>
      </w:r>
    </w:p>
    <w:p>
      <w:pPr>
        <w:pStyle w:val="Heading2"/>
      </w:pPr>
      <w:r>
        <w:t>Standard</w:t>
      </w:r>
    </w:p>
    <w:p>
      <w:r>
        <w:t>Helfen Sie uns, Ihr Unternehmen und Ihre Wünsche zu verstehen. Kurze Antworten reichen aus. Offene Punkte klären wir gemeinsam.</w:t>
      </w:r>
    </w:p>
    <w:p>
      <w:r>
        <w:rPr>
          <w:color w:val="555555"/>
          <w:sz w:val="18"/>
        </w:rPr>
        <w:t>Antwortfelder anklicken, Kästchen markieren und Listen öffnen. Auf Papier können Sie Ihre Auswahl eintragen. Vorhandene Unterlagen dürfen Antworten ersetzen.</w:t>
      </w:r>
    </w:p>
    <w:p>
      <w:r>
        <w:rPr>
          <w:color w:val="555555"/>
          <w:sz w:val="18"/>
        </w:rPr>
        <w:t>Mit * markierte Angaben brauchen wir für die erste Rückmeldung. Alles Weitere ist freiwillig. Wenn unklar, wählen Sie Beratung oder lassen das Feld offen.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 Name *</w:t>
            </w:r>
          </w:p>
          <w:p>
            <w:pPr>
              <w:spacing w:after="0"/>
            </w:pPr>
            <w:sdt>
              <w:sdtPr>
                <w:alias w:val="Ihr Name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Ihre E-Mail für Rückfragen *</w:t>
            </w:r>
          </w:p>
          <w:p>
            <w:pPr>
              <w:spacing w:after="0"/>
            </w:pPr>
            <w:sdt>
              <w:sdtPr>
                <w:alias w:val="Ihre E-Mail für Rückfragen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Name des Unternehmens oder der Marke</w:t>
            </w:r>
          </w:p>
          <w:p>
            <w:pPr>
              <w:spacing w:after="0"/>
            </w:pPr>
            <w:sdt>
              <w:sdtPr>
                <w:alias w:val="Name des Unternehmens oder der Marke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Ihre Telefonnummer freiwillig</w:t>
            </w:r>
          </w:p>
          <w:p>
            <w:pPr>
              <w:spacing w:after="0"/>
            </w:pPr>
            <w:sdt>
              <w:sdtPr>
                <w:alias w:val="Ihre Telefonnummer freiwillig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Ihre persönlichen Kontaktdaten werden nicht automatisch auf der Website gezeigt.</w:t>
      </w:r>
    </w:p>
    <w:p>
      <w:pPr>
        <w:keepNext/>
        <w:spacing w:before="140"/>
      </w:pPr>
      <w:r>
        <w:rPr>
          <w:b/>
        </w:rPr>
        <w:t>Was bieten Sie an *</w:t>
      </w:r>
    </w:p>
    <w:p>
      <w:pPr>
        <w:keepNext/>
      </w:pPr>
      <w:r>
        <w:rPr>
          <w:color w:val="555555"/>
          <w:sz w:val="18"/>
        </w:rPr>
        <w:t>Zum Beispiel Wohnungsrenovierung für Privatkunden. Stichpunkte genügen.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bieten Sie an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In welcher Region arbeiten Sie</w:t>
            </w:r>
          </w:p>
          <w:p>
            <w:pPr>
              <w:spacing w:after="0"/>
            </w:pPr>
            <w:sdt>
              <w:sdtPr>
                <w:alias w:val="In welcher Region arbeiten Sie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Wer sind Ihre Kunden</w:t>
            </w:r>
          </w:p>
          <w:p>
            <w:pPr>
              <w:spacing w:after="0"/>
            </w:pPr>
            <w:sdt>
              <w:sdtPr>
                <w:alias w:val="Wer sind Ihre Kunden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Was ist das wichtigste Ziel der Website *</w:t>
      </w:r>
    </w:p>
    <w:p>
      <w:pPr>
        <w:keepNext/>
      </w:pPr>
      <w:r>
        <w:rPr>
          <w:color w:val="555555"/>
          <w:sz w:val="18"/>
        </w:rPr>
        <w:t>Bitte genau eine Antwort aus der Liste auswählen. Auf Papier die Antwort eintragen.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s ist das wichtigste Ziel der Website *"/>
                <w:tag w:val="single_goal"/>
                <w:id w:val="107"/>
                <w:showingPlcHdr/>
                <w:dropDownList>
                  <w:listItem w:displayText="Bitte auswählen" w:value="select"/>
                  <w:listItem w:displayText="Anrufen" w:value="call"/>
                  <w:listItem w:displayText="Eine Anfrage senden" w:value="enquiry"/>
                  <w:listItem w:displayText="Eine E-Mail schreiben" w:value="email"/>
                  <w:listItem w:displayText="Leistungen und Arbeiten ansehen" w:value="view"/>
                  <w:listItem w:displayText="Anderes" w:value="other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möchten Sie mit dem Projekt erreichen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s möchten Sie mit dem Projekt erreichen"/>
                <w:tag w:val="single_projecttype"/>
                <w:id w:val="108"/>
                <w:showingPlcHdr/>
                <w:dropDownList>
                  <w:listItem w:displayText="Bitte auswählen" w:value="select"/>
                  <w:listItem w:displayText="Meine erste Website erstellen" w:value="firstsite"/>
                  <w:listItem w:displayText="Eine bestehende Website neu gestalten" w:value="replace"/>
                  <w:listItem w:displayText="Eine bestehende Website gezielt verbessern" w:value="improve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Link zu Ihrer bestehenden Website falls vorhanden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Link zu Ihrer bestehenden Website falls vorhanden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soll vom bestehenden Auftritt bleiben oder geändert werden</w:t>
      </w:r>
    </w:p>
    <w:p>
      <w:pPr>
        <w:keepNext/>
      </w:pPr>
      <w:r>
        <w:rPr>
          <w:color w:val="555555"/>
          <w:sz w:val="18"/>
        </w:rPr>
        <w:t>Nur bei bestehender Website. Zum Beispiel Logo, Fotos, Texte, Seiten oder bestimmte Funktionen.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soll vom bestehenden Auftritt bleiben oder geändert werden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Seiten und Leistungen</w:t>
      </w:r>
    </w:p>
    <w:p>
      <w:r>
        <w:t>Bis zu 5 Hauptseiten. Impressum und Datenschutzerklärung zählen nicht mit. Sie müssen nicht alle Seiten nutzen. Die endgültige Struktur stimmen wir gemeinsam ab.</w:t>
      </w:r>
    </w:p>
    <w:p>
      <w:pPr>
        <w:keepNext/>
        <w:spacing w:before="140"/>
      </w:pPr>
      <w:r>
        <w:rPr>
          <w:b/>
        </w:rPr>
        <w:t>Welche Seiten wünschen Sie sich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Startseit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Startseite   </w:t>
      </w:r>
      <w:r>
        <w:tab/>
      </w:r>
      <w:sdt>
        <w:sdtPr>
          <w:id w:val="112"/>
          <w:tag w:val="choice_112"/>
          <w:alias w:val="Über u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Über uns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Leistu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Leistungen   </w:t>
      </w:r>
      <w:r>
        <w:tab/>
      </w:r>
      <w:sdt>
        <w:sdtPr>
          <w:id w:val="114"/>
          <w:tag w:val="choice_114"/>
          <w:alias w:val="Unsere Arbei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Unsere Arbeiten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Kontak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Kontakt   </w:t>
      </w:r>
      <w:r>
        <w:tab/>
      </w:r>
      <w:sdt>
        <w:sdtPr>
          <w:id w:val="116"/>
          <w:tag w:val="choice_116"/>
          <w:alias w:val="Tea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Team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Häufige Fra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Häufige Fragen   </w:t>
      </w:r>
      <w:r>
        <w:tab/>
      </w:r>
      <w:sdt>
        <w:sdtPr>
          <w:id w:val="118"/>
          <w:tag w:val="choice_118"/>
          <w:alias w:val="Bitte schlagen Sie eine Struktur vo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Bitte schlagen Sie eine Struktur vor   </w:t>
      </w:r>
    </w:p>
    <w:p>
      <w:pPr>
        <w:pStyle w:val="Heading2"/>
      </w:pPr>
      <w:r>
        <w:t>Welche Leistungen bieten Sie an</w:t>
      </w:r>
    </w:p>
    <w:p>
      <w:r>
        <w:rPr>
          <w:color w:val="555555"/>
          <w:sz w:val="18"/>
        </w:rPr>
        <w:t>Beschreiben Sie Ihr Angebot kurz. Weitere Zeilen können Sie ergänzen oder vorhandene Leistungsbeschreibungen beifügen.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Leistung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Was ist enthalten und für wen ist die Leistung gedacht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Stärken sollen wir hervorheben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27"/>
          <w:tag w:val="choice_127"/>
          <w:alias w:val="Erfahr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Erfahrung   </w:t>
      </w:r>
      <w:r>
        <w:tab/>
      </w:r>
      <w:sdt>
        <w:sdtPr>
          <w:id w:val="128"/>
          <w:tag w:val="choice_128"/>
          <w:alias w:val="Spezialisier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Spezialisierung   </w:t>
      </w:r>
    </w:p>
    <w:p>
      <w:pPr>
        <w:tabs>
          <w:tab w:pos="4876" w:val="left"/>
        </w:tabs>
        <w:spacing w:after="80"/>
      </w:pPr>
      <w:sdt>
        <w:sdtPr>
          <w:id w:val="129"/>
          <w:tag w:val="choice_129"/>
          <w:alias w:val="Persönliche Betreu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Persönliche Betreuung   </w:t>
      </w:r>
      <w:r>
        <w:tab/>
      </w:r>
      <w:sdt>
        <w:sdtPr>
          <w:id w:val="130"/>
          <w:tag w:val="choice_130"/>
          <w:alias w:val="Zuverlässige Absprach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Zuverlässige Absprachen   </w:t>
      </w:r>
    </w:p>
    <w:p>
      <w:pPr>
        <w:tabs>
          <w:tab w:pos="4876" w:val="left"/>
        </w:tabs>
        <w:spacing w:after="80"/>
      </w:pPr>
      <w:sdt>
        <w:sdtPr>
          <w:id w:val="131"/>
          <w:tag w:val="choice_131"/>
          <w:alias w:val="Flexible Termin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Flexible Termine   </w:t>
      </w:r>
      <w:r>
        <w:tab/>
      </w:r>
      <w:sdt>
        <w:sdtPr>
          <w:id w:val="132"/>
          <w:tag w:val="choice_132"/>
          <w:alias w:val="Individuelle Lösu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Individuelle Lösungen   </w:t>
      </w:r>
    </w:p>
    <w:p>
      <w:pPr>
        <w:keepNext/>
        <w:spacing w:before="140"/>
      </w:pPr>
      <w:r>
        <w:rPr>
          <w:b/>
        </w:rPr>
        <w:t>Welche Möglichkeiten wünschen Sie sich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33"/>
          <w:tag w:val="choice_133"/>
          <w:alias w:val="Bildergaleri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Bildergalerie   </w:t>
      </w:r>
      <w:r>
        <w:tab/>
      </w:r>
      <w:sdt>
        <w:sdtPr>
          <w:id w:val="134"/>
          <w:tag w:val="choice_134"/>
          <w:alias w:val="Karte und Anfahr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Karte und Anfahrt   </w:t>
      </w:r>
    </w:p>
    <w:p>
      <w:pPr>
        <w:tabs>
          <w:tab w:pos="4876" w:val="left"/>
        </w:tabs>
        <w:spacing w:after="80"/>
      </w:pPr>
      <w:sdt>
        <w:sdtPr>
          <w:id w:val="135"/>
          <w:tag w:val="choice_135"/>
          <w:alias w:val="Dokumente zum Herunterlad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Dokumente zum Herunterladen   </w:t>
      </w:r>
      <w:r>
        <w:tab/>
      </w:r>
      <w:sdt>
        <w:sdtPr>
          <w:id w:val="136"/>
          <w:tag w:val="choice_136"/>
          <w:alias w:val="WhatsApp oder Social Media Link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WhatsApp oder Social Media Link   </w:t>
      </w:r>
    </w:p>
    <w:p>
      <w:pPr>
        <w:tabs>
          <w:tab w:pos="4876" w:val="left"/>
        </w:tabs>
        <w:spacing w:after="80"/>
      </w:pPr>
      <w:sdt>
        <w:sdtPr>
          <w:id w:val="137"/>
          <w:tag w:val="choice_137"/>
          <w:alias w:val="Link zu vorhandener Terminbuch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zu vorhandener Terminbuchung   </w:t>
      </w:r>
      <w:r>
        <w:tab/>
      </w:r>
      <w:sdt>
        <w:sdtPr>
          <w:id w:val="138"/>
          <w:tag w:val="choice_138"/>
          <w:alias w:val="Datei an eine Anfrage anhä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Datei an eine Anfrage anhängen   </w:t>
      </w:r>
    </w:p>
    <w:p>
      <w:pPr>
        <w:tabs>
          <w:tab w:pos="4876" w:val="left"/>
        </w:tabs>
        <w:spacing w:after="80"/>
      </w:pPr>
      <w:sdt>
        <w:sdtPr>
          <w:id w:val="139"/>
          <w:tag w:val="choice_139"/>
          <w:alias w:val="Weitere Sprach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Weitere Sprachen   </w:t>
      </w:r>
      <w:r>
        <w:tab/>
      </w:r>
      <w:sdt>
        <w:sdtPr>
          <w:id w:val="140"/>
          <w:tag w:val="choice_140"/>
          <w:alias w:val="Bitte beraten Sie mi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Bitte beraten Sie mich   </w:t>
      </w:r>
    </w:p>
    <w:p>
      <w:r>
        <w:rPr>
          <w:color w:val="555555"/>
          <w:sz w:val="18"/>
        </w:rPr>
        <w:t>Bitte Wünsche markieren. Die Auswahl ist keine Buchung; Umfang und mögliche Zusatzkosten bestätigen wir vorab im Angebot.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Zum Start unverzichtbar</w:t>
            </w:r>
          </w:p>
          <w:p>
            <w:pPr>
              <w:spacing w:after="0"/>
            </w:pPr>
            <w:sdt>
              <w:sdtPr>
                <w:alias w:val="Zum Start unverzichtbar"/>
                <w:tag w:val="answer_141"/>
                <w:id w:val="14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Kann später folgen</w:t>
            </w:r>
          </w:p>
          <w:p>
            <w:pPr>
              <w:spacing w:after="0"/>
            </w:pPr>
            <w:sdt>
              <w:sdtPr>
                <w:alias w:val="Kann später folgen"/>
                <w:tag w:val="answer_142"/>
                <w:id w:val="14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Zum Beispiel Funktionen, Inhalte oder weitere Seiten. Unbekannte Punkte dürfen offen bleiben.</w:t>
      </w:r>
    </w:p>
    <w:p>
      <w:r>
        <w:br w:type="page"/>
      </w:r>
    </w:p>
    <w:p>
      <w:pPr>
        <w:pStyle w:val="Heading1"/>
      </w:pPr>
      <w:r>
        <w:t>Gestaltung und vorhandene Materialien</w:t>
      </w:r>
    </w:p>
    <w:p>
      <w:r>
        <w:t>Markieren Sie je Zeile, was zutrifft. Bei „Hilfe nötig“ klären wir vorab den Aufwand und mögliche Zusatzkosten.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Material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Vorhanden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Kommt später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Hilfe nötig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Nicht nötig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Logo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3"/>
                <w:tag w:val="choice_143"/>
                <w:alias w:val="Logo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4"/>
                <w:tag w:val="choice_144"/>
                <w:alias w:val="Logo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5"/>
                <w:tag w:val="choice_145"/>
                <w:alias w:val="Logo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6"/>
                <w:tag w:val="choice_146"/>
                <w:alias w:val="Logo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Texte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7"/>
                <w:tag w:val="choice_147"/>
                <w:alias w:val="Text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8"/>
                <w:tag w:val="choice_148"/>
                <w:alias w:val="Text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9"/>
                <w:tag w:val="choice_149"/>
                <w:alias w:val="Text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0"/>
                <w:tag w:val="choice_150"/>
                <w:alias w:val="Text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Fotos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1"/>
                <w:tag w:val="choice_151"/>
                <w:alias w:val="Fotos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2"/>
                <w:tag w:val="choice_152"/>
                <w:alias w:val="Fotos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3"/>
                <w:tag w:val="choice_153"/>
                <w:alias w:val="Fotos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4"/>
                <w:tag w:val="choice_154"/>
                <w:alias w:val="Fotos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Projektbeispiele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5"/>
                <w:tag w:val="choice_155"/>
                <w:alias w:val="Projektbeispiel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6"/>
                <w:tag w:val="choice_156"/>
                <w:alias w:val="Projektbeispiel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7"/>
                <w:tag w:val="choice_157"/>
                <w:alias w:val="Projektbeispiel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8"/>
                <w:tag w:val="choice_158"/>
                <w:alias w:val="Projektbeispiel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Kundenbewertungen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9"/>
                <w:tag w:val="choice_159"/>
                <w:alias w:val="Kundenbewertungen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0"/>
                <w:tag w:val="choice_160"/>
                <w:alias w:val="Kundenbewertungen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1"/>
                <w:tag w:val="choice_161"/>
                <w:alias w:val="Kundenbewertungen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2"/>
                <w:tag w:val="choice_162"/>
                <w:alias w:val="Kundenbewertungen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und Datenschutztexte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3"/>
                <w:tag w:val="choice_163"/>
                <w:alias w:val="Impressum und Datenschutztext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4"/>
                <w:tag w:val="choice_164"/>
                <w:alias w:val="Impressum und Datenschutztext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5"/>
                <w:tag w:val="choice_165"/>
                <w:alias w:val="Impressum und Datenschutztext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6"/>
                <w:tag w:val="choice_166"/>
                <w:alias w:val="Impressum und Datenschutztext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Gibt es Farben oder Gestaltungsvorgaben, die wir übernehmen sollen</w:t>
      </w:r>
    </w:p>
    <w:p>
      <w:pPr>
        <w:keepNext/>
      </w:pPr>
      <w:r>
        <w:rPr>
          <w:color w:val="555555"/>
          <w:sz w:val="18"/>
        </w:rPr>
        <w:t>Logo oder vorhandene Unterlagen beifügen. Sie können auch schreiben: „Bitte Gestaltung vorschlagen“.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Gibt es Farben oder Gestaltungsvorgaben, die wir übernehmen sollen"/>
                <w:tag w:val="answer_167"/>
                <w:id w:val="16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Welche Websites gefallen Ihnen und was gefällt Ihnen daran</w:t>
            </w:r>
          </w:p>
          <w:p>
            <w:pPr>
              <w:spacing w:after="0"/>
            </w:pPr>
            <w:sdt>
              <w:sdtPr>
                <w:alias w:val="Welche Websites gefallen Ihnen und was gefällt Ihnen daran"/>
                <w:tag w:val="answer_168"/>
                <w:id w:val="16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Was gefällt Ihnen nicht oder soll vermieden werden</w:t>
            </w:r>
          </w:p>
          <w:p>
            <w:pPr>
              <w:spacing w:after="0"/>
            </w:pPr>
            <w:sdt>
              <w:sdtPr>
                <w:alias w:val="Was gefällt Ihnen nicht oder soll vermieden werden"/>
                <w:tag w:val="answer_169"/>
                <w:id w:val="16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Links reichen aus. Zum Beispiel Farben, Fotos, Übersichtlichkeit oder Stimmung.</w:t>
      </w:r>
    </w:p>
    <w:p>
      <w:pPr>
        <w:keepNext/>
        <w:spacing w:before="140"/>
      </w:pPr>
      <w:r>
        <w:rPr>
          <w:b/>
        </w:rPr>
        <w:t>Wie möchten Sie Ihre Kunden ansprechen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ie möchten Sie Ihre Kunden ansprechen"/>
                <w:tag w:val="single_tone"/>
                <w:id w:val="170"/>
                <w:showingPlcHdr/>
                <w:dropDownList>
                  <w:listItem w:displayText="Bitte auswählen" w:value="select"/>
                  <w:listItem w:displayText="Sie" w:value="formal"/>
                  <w:listItem w:displayText="Du" w:value="informal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Unternehmen bieten in Ihrer Region ähnliche Leistungen an</w:t>
      </w:r>
    </w:p>
    <w:p>
      <w:pPr>
        <w:keepNext/>
      </w:pPr>
      <w:r>
        <w:rPr>
          <w:color w:val="555555"/>
          <w:sz w:val="18"/>
        </w:rPr>
        <w:t>Optional. Namen oder Links reichen aus. Wir übernehmen keine fremden Texte oder Gestaltungen.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Unternehmen bieten in Ihrer Region ähnliche Leistungen an"/>
                <w:tag w:val="answer_171"/>
                <w:id w:val="17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Wo finden wir Ihre Materialien</w:t>
      </w:r>
    </w:p>
    <w:p>
      <w:pPr>
        <w:keepNext/>
      </w:pPr>
      <w:r>
        <w:rPr>
          <w:color w:val="555555"/>
          <w:sz w:val="18"/>
        </w:rPr>
        <w:t>Link zu einem freigegebenen Ordner oder Dateinamen der Anhänge. Keine Passwörter eintragen. Bitte nur Materialien senden, die Sie verwenden dürfen.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o finden wir Ihre Materialien"/>
                <w:tag w:val="answer_172"/>
                <w:id w:val="17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Wann können Sie die noch fehlenden Materialien schicken</w:t>
      </w:r>
    </w:p>
    <w:p>
      <w:pPr>
        <w:keepNext/>
      </w:pPr>
      <w:r>
        <w:rPr>
          <w:color w:val="555555"/>
          <w:sz w:val="18"/>
        </w:rPr>
        <w:t>Ein ungefährer Termin oder „Bitte gemeinsam planen“ genügt.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nn können Sie die noch fehlenden Materialien schicken"/>
                <w:tag w:val="answer_173"/>
                <w:id w:val="17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Kontaktdaten und Vorbereitung des Starts</w:t>
      </w:r>
    </w:p>
    <w:p>
      <w:pPr>
        <w:pStyle w:val="Heading2"/>
      </w:pPr>
      <w:r>
        <w:t>Welche Kontaktdaten sollen auf Ihrer Website stehen</w:t>
      </w:r>
    </w:p>
    <w:p>
      <w:r>
        <w:rPr>
          <w:color w:val="555555"/>
          <w:sz w:val="18"/>
        </w:rPr>
        <w:t>Nur Angaben eintragen, die Besucher sehen dürfen. Nicht benötigte Felder frei lassen.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Telefon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74"/>
                <w:id w:val="17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E-Mail auf der Website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75"/>
                <w:id w:val="17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Anschrift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76"/>
                <w:id w:val="17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Öffnungszeiten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77"/>
                <w:id w:val="17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Links zu Social Media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78"/>
                <w:id w:val="17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An welche E-Mail-Adresse sollen Website-Anfragen gehen</w:t>
            </w:r>
          </w:p>
          <w:p>
            <w:pPr>
              <w:spacing w:after="0"/>
            </w:pPr>
            <w:sdt>
              <w:sdtPr>
                <w:alias w:val="An welche E-Mail-Adresse sollen Website-Anfragen gehen"/>
                <w:tag w:val="answer_179"/>
                <w:id w:val="17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Haben Sie bereits eine Domain und einen Hosting-Anbieter</w:t>
            </w:r>
          </w:p>
          <w:p>
            <w:pPr>
              <w:spacing w:after="0"/>
            </w:pPr>
            <w:sdt>
              <w:sdtPr>
                <w:alias w:val="Haben Sie bereits eine Domain und einen Hosting-Anbieter"/>
                <w:tag w:val="answer_180"/>
                <w:id w:val="18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Domain und Anbieter nennen oder „Bitte helfen“ schreiben. Keine Passwörter eintragen.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Hauptsprache der Website</w:t>
            </w:r>
          </w:p>
          <w:p>
            <w:pPr>
              <w:spacing w:after="0"/>
            </w:pPr>
            <w:sdt>
              <w:sdtPr>
                <w:alias w:val="Hauptsprache der Website"/>
                <w:tag w:val="answer_181"/>
                <w:id w:val="18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Gewünschter Starttermin</w:t>
            </w:r>
          </w:p>
          <w:p>
            <w:pPr>
              <w:spacing w:after="0"/>
            </w:pPr>
            <w:sdt>
              <w:sdtPr>
                <w:alias w:val="Gewünschter Starttermin"/>
                <w:tag w:val="answer_182"/>
                <w:id w:val="18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Eine Hauptsprache nennen. Weitere Sprachversionen und deren Kosten stimmen wir gesondert ab.</w:t>
      </w:r>
    </w:p>
    <w:p>
      <w:r>
        <w:rPr>
          <w:color w:val="555555"/>
          <w:sz w:val="18"/>
        </w:rPr>
        <w:t>Ein ungefährer Termin genügt. Bitte einen festen Anlass unter den Ergänzungen nennen.</w:t>
      </w:r>
    </w:p>
    <w:p>
      <w:pPr>
        <w:keepNext/>
        <w:spacing w:before="140"/>
      </w:pPr>
      <w:r>
        <w:rPr>
          <w:b/>
        </w:rPr>
        <w:t>Wer soll Inhalte nach dem Start aktualisieren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er soll Inhalte nach dem Start aktualisieren"/>
                <w:tag w:val="single_maintenance"/>
                <w:id w:val="183"/>
                <w:showingPlcHdr/>
                <w:dropDownList>
                  <w:listItem w:displayText="Bitte auswählen" w:value="select"/>
                  <w:listItem w:displayText="Ich selbst mit Einweisung" w:value="selfmanage"/>
                  <w:listItem w:displayText="Aboxon nach Vereinbarung" w:value="agencycare"/>
                  <w:listItem w:displayText="Es sind nur selten Änderungen nötig" w:value="rarechanges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Was wird voraussichtlich aktualisiert</w:t>
            </w:r>
          </w:p>
          <w:p>
            <w:pPr>
              <w:spacing w:after="0"/>
            </w:pPr>
            <w:sdt>
              <w:sdtPr>
                <w:alias w:val="Was wird voraussichtlich aktualisiert"/>
                <w:tag w:val="answer_184"/>
                <w:id w:val="18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Wer stimmt die Website mit uns ab</w:t>
            </w:r>
          </w:p>
          <w:p>
            <w:pPr>
              <w:spacing w:after="0"/>
            </w:pPr>
            <w:sdt>
              <w:sdtPr>
                <w:alias w:val="Wer stimmt die Website mit uns ab"/>
                <w:tag w:val="answer_185"/>
                <w:id w:val="18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Zum Beispiel Projekte, Dienstleistungen oder Öffnungszeiten.</w:t>
      </w:r>
    </w:p>
    <w:p>
      <w:r>
        <w:rPr>
          <w:color w:val="555555"/>
          <w:sz w:val="18"/>
        </w:rPr>
        <w:t>Sie selbst oder eine andere verantwortliche Person, über die wir Rückmeldungen sammeln.</w:t>
      </w:r>
    </w:p>
    <w:p>
      <w:pPr>
        <w:keepNext/>
        <w:spacing w:before="140"/>
      </w:pPr>
      <w:r>
        <w:rPr>
          <w:b/>
        </w:rPr>
        <w:t>Weitere Wünsche und Ergänzungen</w:t>
      </w:r>
    </w:p>
    <w:p>
      <w:pPr>
        <w:keepNext/>
      </w:pPr>
      <w:r>
        <w:rPr>
          <w:color w:val="555555"/>
          <w:sz w:val="18"/>
        </w:rPr>
        <w:t>Besondere Funktionen und weitere Sprachen werden gesondert vereinbart. Nennen Sie auch einen festen Anlass für den Starttermin.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itere Wünsche und Ergänzungen"/>
                <w:tag w:val="answer_186"/>
                <w:id w:val="18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pStyle w:val="Heading2"/>
      </w:pPr>
      <w:r>
        <w:t>So senden Sie uns Ihr Briefing</w:t>
      </w:r>
    </w:p>
    <w:p>
      <w:r>
        <w:rPr>
          <w:color w:val="555555"/>
          <w:sz w:val="18"/>
        </w:rPr>
        <w:t>Speichern Sie die Datei und senden Sie sie an office@aboxon-webkonzept.de oder hängen Sie sie an Ihre Website-Anfrage an. Dort ist ein DOCX oder PDF bis 5 MiB möglich. Weitere Materialien senden Sie separat oder als Ordnerlink.</w:t>
      </w:r>
    </w:p>
    <w:p>
      <w:r>
        <w:rPr>
          <w:color w:val="555555"/>
          <w:sz w:val="18"/>
        </w:rPr>
        <w:t>Wir klären offene Fragen und bestätigen den Umfang im Angebot. Das Briefing allein ist keine Bestellung.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Standard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Briefing Standard</dc:title>
  <dc:subject>Website Briefing</dc:subject>
  <dc:creator>Aboxon Webkonzept</dc:creator>
  <cp:keywords>Briefing Standard de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