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Бриф на создание сайта</w:t>
      </w:r>
    </w:p>
    <w:p>
      <w:pPr>
        <w:pStyle w:val="Heading2"/>
      </w:pPr>
      <w:r>
        <w:t>Premium</w:t>
      </w:r>
    </w:p>
    <w:p>
      <w:r>
        <w:t>Расскажите о компании и пожеланиях к сайту. Коротких ответов достаточно. Открытые вопросы обсудим вместе.</w:t>
      </w:r>
    </w:p>
    <w:p>
      <w:r>
        <w:rPr>
          <w:color w:val="555555"/>
          <w:sz w:val="18"/>
        </w:rPr>
        <w:t>Нажимайте на поля, отмечайте флажки и выбирайте ответы из списков. На бумаге можно вписать выбранный ответ. Готовые материалы могут заменить ответы.</w:t>
      </w:r>
    </w:p>
    <w:p>
      <w:r>
        <w:rPr>
          <w:color w:val="555555"/>
          <w:sz w:val="18"/>
        </w:rPr>
        <w:t>Поля со знаком * нужны для первого ответа. Остальное необязательно. Если не знаете, выбирайте помощь или оставляйте поле пустым.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Ваше имя *</w:t>
            </w:r>
          </w:p>
          <w:p>
            <w:pPr>
              <w:spacing w:after="0"/>
            </w:pPr>
            <w:sdt>
              <w:sdtPr>
                <w:alias w:val="Ваше имя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Ваш email для связи *</w:t>
            </w:r>
          </w:p>
          <w:p>
            <w:pPr>
              <w:spacing w:after="0"/>
            </w:pPr>
            <w:sdt>
              <w:sdtPr>
                <w:alias w:val="Ваш email для связи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Название компании или бренда</w:t>
            </w:r>
          </w:p>
          <w:p>
            <w:pPr>
              <w:spacing w:after="0"/>
            </w:pPr>
            <w:sdt>
              <w:sdtPr>
                <w:alias w:val="Название компании или бренда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Ваш телефон по желанию</w:t>
            </w:r>
          </w:p>
          <w:p>
            <w:pPr>
              <w:spacing w:after="0"/>
            </w:pPr>
            <w:sdt>
              <w:sdtPr>
                <w:alias w:val="Ваш телефон по желанию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Ваши личные контакты не будут автоматически размещены на сайте.</w:t>
      </w:r>
    </w:p>
    <w:p>
      <w:pPr>
        <w:keepNext/>
        <w:spacing w:before="140"/>
      </w:pPr>
      <w:r>
        <w:rPr>
          <w:b/>
        </w:rPr>
        <w:t>Чем вы занимаетесь *</w:t>
      </w:r>
    </w:p>
    <w:p>
      <w:pPr>
        <w:keepNext/>
      </w:pPr>
      <w:r>
        <w:rPr>
          <w:color w:val="555555"/>
          <w:sz w:val="18"/>
        </w:rPr>
        <w:t>Например: ремонт квартир для частных клиентов. Достаточно нескольких слов.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ем вы занимаетесь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В каком регионе вы работаете</w:t>
            </w:r>
          </w:p>
          <w:p>
            <w:pPr>
              <w:spacing w:after="0"/>
            </w:pPr>
            <w:sdt>
              <w:sdtPr>
                <w:alias w:val="В каком регионе вы работаете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Кто ваши клиенты</w:t>
            </w:r>
          </w:p>
          <w:p>
            <w:pPr>
              <w:spacing w:after="0"/>
            </w:pPr>
            <w:sdt>
              <w:sdtPr>
                <w:alias w:val="Кто ваши клиенты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Какая главная задача сайта *</w:t>
      </w:r>
    </w:p>
    <w:p>
      <w:pPr>
        <w:keepNext/>
      </w:pPr>
      <w:r>
        <w:rPr>
          <w:color w:val="555555"/>
          <w:sz w:val="18"/>
        </w:rPr>
        <w:t>Выберите один ответ из списка. На бумаге впишите ответ.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Какая главная задача сайта *"/>
                <w:tag w:val="single_goal"/>
                <w:id w:val="107"/>
                <w:showingPlcHdr/>
                <w:dropDownList>
                  <w:listItem w:displayText="Выберите ответ" w:value="select"/>
                  <w:listItem w:displayText="Позвонить" w:value="call"/>
                  <w:listItem w:displayText="Отправить заявку" w:value="enquiry"/>
                  <w:listItem w:displayText="Написать на email" w:value="email"/>
                  <w:listItem w:displayText="Посмотреть услуги и работы" w:value="view"/>
                  <w:listItem w:displayText="Другое" w:value="other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нужно сделать в этом проекте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Что нужно сделать в этом проекте"/>
                <w:tag w:val="single_projecttype"/>
                <w:id w:val="108"/>
                <w:showingPlcHdr/>
                <w:dropDownList>
                  <w:listItem w:displayText="Выберите ответ" w:value="select"/>
                  <w:listItem w:displayText="Создать первый сайт" w:value="firstsite"/>
                  <w:listItem w:displayText="Полностью обновить существующий сайт" w:value="replace"/>
                  <w:listItem w:displayText="Улучшить существующий сайт" w:value="improve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Ссылка на существующий сайт если есть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Ссылка на существующий сайт если есть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сохранить или изменить в существующем сайте</w:t>
      </w:r>
    </w:p>
    <w:p>
      <w:pPr>
        <w:keepNext/>
      </w:pPr>
      <w:r>
        <w:rPr>
          <w:color w:val="555555"/>
          <w:sz w:val="18"/>
        </w:rPr>
        <w:t>Только если сайт уже есть. Например: логотип, фотографии, тексты, страницы или функции.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то сохранить или изменить в существующем сайте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Страницы и услуги</w:t>
      </w:r>
    </w:p>
    <w:p>
      <w:r>
        <w:t>До 12 основных страниц. Impressum и Datenschutzerklärung в этот лимит не входят. Использовать все страницы необязательно. Окончательную структуру согласуем вместе.</w:t>
      </w:r>
    </w:p>
    <w:p>
      <w:pPr>
        <w:keepNext/>
        <w:spacing w:before="140"/>
      </w:pPr>
      <w:r>
        <w:rPr>
          <w:b/>
        </w:rPr>
        <w:t>Какие страницы вам нужны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Главна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Главная   </w:t>
      </w:r>
      <w:r>
        <w:tab/>
      </w:r>
      <w:sdt>
        <w:sdtPr>
          <w:id w:val="112"/>
          <w:tag w:val="choice_112"/>
          <w:alias w:val="О компани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О компании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Услуг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Услуги   </w:t>
      </w:r>
      <w:r>
        <w:tab/>
      </w:r>
      <w:sdt>
        <w:sdtPr>
          <w:id w:val="114"/>
          <w:tag w:val="choice_114"/>
          <w:alias w:val="Наши работ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Наши работы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Контакт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Контакты   </w:t>
      </w:r>
      <w:r>
        <w:tab/>
      </w:r>
      <w:sdt>
        <w:sdtPr>
          <w:id w:val="116"/>
          <w:tag w:val="choice_116"/>
          <w:alias w:val="Команда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Команда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Частые вопрос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Частые вопросы   </w:t>
      </w:r>
      <w:r>
        <w:tab/>
      </w:r>
      <w:sdt>
        <w:sdtPr>
          <w:id w:val="118"/>
          <w:tag w:val="choice_118"/>
          <w:alias w:val="Предложите структуру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Предложите структуру   </w:t>
      </w:r>
    </w:p>
    <w:p>
      <w:pPr>
        <w:pStyle w:val="Heading2"/>
      </w:pPr>
      <w:r>
        <w:t>Какие услуги вы оказываете</w:t>
      </w:r>
    </w:p>
    <w:p>
      <w:r>
        <w:rPr>
          <w:color w:val="555555"/>
          <w:sz w:val="18"/>
        </w:rPr>
        <w:t>Кратко опишите услуги. При необходимости добавьте строки или приложите готовое описание.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Услуга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Что входит в услугу и кому она нужна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7"/>
                <w:id w:val="12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28"/>
                <w:id w:val="12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Каким услугам нужны отдельные страницы</w:t>
      </w:r>
    </w:p>
    <w:p>
      <w:pPr>
        <w:keepNext/>
      </w:pPr>
      <w:r>
        <w:rPr>
          <w:color w:val="555555"/>
          <w:sz w:val="18"/>
        </w:rPr>
        <w:t>Эти страницы входят в общий лимит пакета. Можно написать «Предложите сами».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м услугам нужны отдельные страницы"/>
                <w:tag w:val="answer_129"/>
                <w:id w:val="12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возможности нужны на сайте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30"/>
          <w:tag w:val="choice_130"/>
          <w:alias w:val="Галерея фотографий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Галерея фотографий   </w:t>
      </w:r>
      <w:r>
        <w:tab/>
      </w:r>
      <w:sdt>
        <w:sdtPr>
          <w:id w:val="131"/>
          <w:tag w:val="choice_131"/>
          <w:alias w:val="Карта и маршрут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Карта и маршрут   </w:t>
      </w:r>
    </w:p>
    <w:p>
      <w:pPr>
        <w:tabs>
          <w:tab w:pos="4876" w:val="left"/>
        </w:tabs>
        <w:spacing w:after="80"/>
      </w:pPr>
      <w:sdt>
        <w:sdtPr>
          <w:id w:val="132"/>
          <w:tag w:val="choice_132"/>
          <w:alias w:val="Скачивание документов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Скачивание документов   </w:t>
      </w:r>
      <w:r>
        <w:tab/>
      </w:r>
      <w:sdt>
        <w:sdtPr>
          <w:id w:val="133"/>
          <w:tag w:val="choice_133"/>
          <w:alias w:val="Ссылка на WhatsApp или соцсет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Ссылка на WhatsApp или соцсети   </w:t>
      </w:r>
    </w:p>
    <w:p>
      <w:pPr>
        <w:tabs>
          <w:tab w:pos="4876" w:val="left"/>
        </w:tabs>
        <w:spacing w:after="80"/>
      </w:pPr>
      <w:sdt>
        <w:sdtPr>
          <w:id w:val="134"/>
          <w:tag w:val="choice_134"/>
          <w:alias w:val="Ссылка на готовую систему запис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Ссылка на готовую систему записи   </w:t>
      </w:r>
      <w:r>
        <w:tab/>
      </w:r>
      <w:sdt>
        <w:sdtPr>
          <w:id w:val="135"/>
          <w:tag w:val="choice_135"/>
          <w:alias w:val="Файл в форме обращен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Файл в форме обращения   </w:t>
      </w:r>
    </w:p>
    <w:p>
      <w:pPr>
        <w:tabs>
          <w:tab w:pos="4876" w:val="left"/>
        </w:tabs>
        <w:spacing w:after="80"/>
      </w:pPr>
      <w:sdt>
        <w:sdtPr>
          <w:id w:val="136"/>
          <w:tag w:val="choice_136"/>
          <w:alias w:val="Дополнительные язык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Дополнительные языки   </w:t>
      </w:r>
      <w:r>
        <w:tab/>
      </w:r>
      <w:sdt>
        <w:sdtPr>
          <w:id w:val="137"/>
          <w:tag w:val="choice_137"/>
          <w:alias w:val="Нужна ваша рекомендац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Нужна ваша рекомендация   </w:t>
      </w:r>
    </w:p>
    <w:p>
      <w:r>
        <w:rPr>
          <w:color w:val="555555"/>
          <w:sz w:val="18"/>
        </w:rPr>
        <w:t>Отметьте пожелания. Выбор не оформляет заказ; состав работ и возможную доплату заранее подтвердим в предложении.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Обязательно к запуску</w:t>
            </w:r>
          </w:p>
          <w:p>
            <w:pPr>
              <w:spacing w:after="0"/>
            </w:pPr>
            <w:sdt>
              <w:sdtPr>
                <w:alias w:val="Обязательно к запуску"/>
                <w:tag w:val="answer_138"/>
                <w:id w:val="13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Можно добавить позже</w:t>
            </w:r>
          </w:p>
          <w:p>
            <w:pPr>
              <w:spacing w:after="0"/>
            </w:pPr>
            <w:sdt>
              <w:sdtPr>
                <w:alias w:val="Можно добавить позже"/>
                <w:tag w:val="answer_139"/>
                <w:id w:val="13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Например: функции, материалы или дополнительные страницы. Если не знаете, оставьте поля пустыми.</w:t>
      </w:r>
    </w:p>
    <w:p>
      <w:r>
        <w:br w:type="page"/>
      </w:r>
    </w:p>
    <w:p>
      <w:pPr>
        <w:pStyle w:val="Heading1"/>
      </w:pPr>
      <w:r>
        <w:t>Подробнее о ключевых услугах</w:t>
      </w:r>
    </w:p>
    <w:p>
      <w:r>
        <w:t>Опишите здесь одну особенно важную услугу. Для остальных используем список услуг и готовые материалы. Копировать разделы не нужно; открытые вопросы обсудим.</w:t>
      </w:r>
    </w:p>
    <w:p>
      <w:pPr>
        <w:keepNext/>
        <w:spacing w:before="140"/>
      </w:pPr>
      <w:r>
        <w:rPr>
          <w:b/>
        </w:rPr>
        <w:t>Какую услугу особенно важно выделить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ую услугу особенно важно выделить"/>
                <w:tag w:val="answer_140"/>
                <w:id w:val="14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С какой задачей или проблемой к вам обращаются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С какой задачей или проблемой к вам обращаются"/>
                <w:tag w:val="answer_141"/>
                <w:id w:val="14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входит в услугу и что согласуется отдельно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то входит в услугу и что согласуется отдельно"/>
                <w:tag w:val="answer_142"/>
                <w:id w:val="14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клиенту важно знать перед обращением</w:t>
      </w:r>
    </w:p>
    <w:p>
      <w:pPr>
        <w:keepNext/>
      </w:pPr>
      <w:r>
        <w:rPr>
          <w:color w:val="555555"/>
          <w:sz w:val="18"/>
        </w:rPr>
        <w:t>Например: условия, порядок работы, от чего зависят сроки и стоимость. Указывать точные цены необязательно.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то клиенту важно знать перед обращением"/>
                <w:tag w:val="answer_143"/>
                <w:id w:val="14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Какой проект или опыт подтверждает вашу работу по этой услуге</w:t>
      </w:r>
    </w:p>
    <w:p>
      <w:pPr>
        <w:keepNext/>
      </w:pPr>
      <w:r>
        <w:rPr>
          <w:color w:val="555555"/>
          <w:sz w:val="18"/>
        </w:rPr>
        <w:t>Задача клиента, выполненная вами работа и фотографии, которые можно использовать. Результаты указывайте, если они подтверждены.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ой проект или опыт подтверждает вашу работу по этой услуге"/>
                <w:tag w:val="answer_144"/>
                <w:id w:val="14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 клиенты сейчас находят вашу компанию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45"/>
          <w:tag w:val="choice_145"/>
          <w:alias w:val="Google или другие поисковик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Google или другие поисковики   </w:t>
      </w:r>
      <w:r>
        <w:tab/>
      </w:r>
      <w:sdt>
        <w:sdtPr>
          <w:id w:val="146"/>
          <w:tag w:val="choice_146"/>
          <w:alias w:val="Рекомендаци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Рекомендации   </w:t>
      </w:r>
    </w:p>
    <w:p>
      <w:pPr>
        <w:tabs>
          <w:tab w:pos="4876" w:val="left"/>
        </w:tabs>
        <w:spacing w:after="80"/>
      </w:pPr>
      <w:sdt>
        <w:sdtPr>
          <w:id w:val="147"/>
          <w:tag w:val="choice_147"/>
          <w:alias w:val="Социальные сети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Социальные сети   </w:t>
      </w:r>
      <w:r>
        <w:tab/>
      </w:r>
      <w:sdt>
        <w:sdtPr>
          <w:id w:val="148"/>
          <w:tag w:val="choice_148"/>
          <w:alias w:val="Реклама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Реклама   </w:t>
      </w:r>
    </w:p>
    <w:p>
      <w:pPr>
        <w:tabs>
          <w:tab w:pos="4876" w:val="left"/>
        </w:tabs>
        <w:spacing w:after="80"/>
      </w:pPr>
      <w:sdt>
        <w:sdtPr>
          <w:id w:val="149"/>
          <w:tag w:val="choice_149"/>
          <w:alias w:val="Нужна ваша рекомендац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Нужна ваша рекомендация   </w:t>
      </w:r>
      <w:r>
        <w:tab/>
      </w:r>
      <w:sdt>
        <w:sdtPr>
          <w:id w:val="150"/>
          <w:tag w:val="choice_150"/>
          <w:alias w:val="Другое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Другое   </w:t>
      </w:r>
    </w:p>
    <w:p>
      <w:pPr>
        <w:keepNext/>
        <w:spacing w:before="140"/>
      </w:pPr>
      <w:r>
        <w:rPr>
          <w:b/>
        </w:rPr>
        <w:t>Что должно происходить после отправки заявки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51"/>
          <w:tag w:val="choice_151"/>
          <w:alias w:val="Письмо мне на email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Письмо мне на email   </w:t>
      </w:r>
      <w:r>
        <w:tab/>
      </w:r>
      <w:sdt>
        <w:sdtPr>
          <w:id w:val="152"/>
          <w:tag w:val="choice_152"/>
          <w:alias w:val="Подтверждение клиенту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Подтверждение клиенту   </w:t>
      </w:r>
    </w:p>
    <w:p>
      <w:pPr>
        <w:tabs>
          <w:tab w:pos="4876" w:val="left"/>
        </w:tabs>
        <w:spacing w:after="80"/>
      </w:pPr>
      <w:sdt>
        <w:sdtPr>
          <w:id w:val="153"/>
          <w:tag w:val="choice_153"/>
          <w:alias w:val="Передача в существующую CR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Передача в существующую CRM   </w:t>
      </w:r>
      <w:r>
        <w:tab/>
      </w:r>
      <w:sdt>
        <w:sdtPr>
          <w:id w:val="154"/>
          <w:tag w:val="choice_154"/>
          <w:alias w:val="Нужна ваша рекомендац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Нужна ваша рекомендация   </w:t>
      </w:r>
    </w:p>
    <w:p>
      <w:r>
        <w:rPr>
          <w:color w:val="555555"/>
          <w:sz w:val="18"/>
        </w:rPr>
        <w:t>Дополнительные функции согласуем отдельно. Существующие сервисы можно указать в пожеланиях.</w:t>
      </w:r>
    </w:p>
    <w:p>
      <w:r>
        <w:br w:type="page"/>
      </w:r>
    </w:p>
    <w:p>
      <w:pPr>
        <w:pStyle w:val="Heading1"/>
      </w:pPr>
      <w:r>
        <w:t>Компания и примеры работ</w:t>
      </w:r>
    </w:p>
    <w:p>
      <w:r>
        <w:t>Заполните, если актуально. Можно приложить готовые материалы или написать «Обсудим вместе».</w:t>
      </w:r>
    </w:p>
    <w:p>
      <w:pPr>
        <w:keepNext/>
        <w:spacing w:before="140"/>
      </w:pPr>
      <w:r>
        <w:rPr>
          <w:b/>
        </w:rPr>
        <w:t>Какие преимущества стоит подчеркнуть</w:t>
      </w:r>
    </w:p>
    <w:p>
      <w:pPr>
        <w:keepNext/>
      </w:pPr>
      <w:r>
        <w:rPr>
          <w:color w:val="555555"/>
          <w:sz w:val="18"/>
        </w:rPr>
        <w:t>Отметьте подходящие варианты. Можно выбрать несколько.</w:t>
      </w:r>
    </w:p>
    <w:p>
      <w:pPr>
        <w:tabs>
          <w:tab w:pos="4876" w:val="left"/>
        </w:tabs>
        <w:spacing w:after="80"/>
      </w:pPr>
      <w:sdt>
        <w:sdtPr>
          <w:id w:val="155"/>
          <w:tag w:val="choice_155"/>
          <w:alias w:val="Опыт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Опыт   </w:t>
      </w:r>
      <w:r>
        <w:tab/>
      </w:r>
      <w:sdt>
        <w:sdtPr>
          <w:id w:val="156"/>
          <w:tag w:val="choice_156"/>
          <w:alias w:val="Специализация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Специализация   </w:t>
      </w:r>
    </w:p>
    <w:p>
      <w:pPr>
        <w:tabs>
          <w:tab w:pos="4876" w:val="left"/>
        </w:tabs>
        <w:spacing w:after="80"/>
      </w:pPr>
      <w:sdt>
        <w:sdtPr>
          <w:id w:val="157"/>
          <w:tag w:val="choice_157"/>
          <w:alias w:val="Личное сопровождение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Личное сопровождение   </w:t>
      </w:r>
      <w:r>
        <w:tab/>
      </w:r>
      <w:sdt>
        <w:sdtPr>
          <w:id w:val="158"/>
          <w:tag w:val="choice_158"/>
          <w:alias w:val="Соблюдение договорённостей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Соблюдение договорённостей   </w:t>
      </w:r>
    </w:p>
    <w:p>
      <w:pPr>
        <w:tabs>
          <w:tab w:pos="4876" w:val="left"/>
        </w:tabs>
        <w:spacing w:after="80"/>
      </w:pPr>
      <w:sdt>
        <w:sdtPr>
          <w:id w:val="159"/>
          <w:tag w:val="choice_159"/>
          <w:alias w:val="Удобное время работы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Удобное время работы   </w:t>
      </w:r>
      <w:r>
        <w:tab/>
      </w:r>
      <w:sdt>
        <w:sdtPr>
          <w:id w:val="160"/>
          <w:tag w:val="choice_160"/>
          <w:alias w:val="Индивидуальный подход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Индивидуальный подход   </w:t>
      </w:r>
    </w:p>
    <w:p>
      <w:pPr>
        <w:keepNext/>
        <w:spacing w:before="140"/>
      </w:pPr>
      <w:r>
        <w:rPr>
          <w:b/>
        </w:rPr>
        <w:t>Другие преимущества или пояснение</w:t>
      </w:r>
    </w:p>
    <w:p>
      <w:pPr>
        <w:keepNext/>
      </w:pPr>
      <w:r>
        <w:rPr>
          <w:color w:val="555555"/>
          <w:sz w:val="18"/>
        </w:rPr>
        <w:t>Можно дописать своё преимущество или краткое подтверждение. Отмечайте только то, что соответствует действительности.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Другие преимущества или пояснение"/>
                <w:tag w:val="answer_161"/>
                <w:id w:val="16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Что рассказать о вашей команде</w:t>
      </w:r>
    </w:p>
    <w:p>
      <w:pPr>
        <w:keepNext/>
      </w:pPr>
      <w:r>
        <w:rPr>
          <w:color w:val="555555"/>
          <w:sz w:val="18"/>
        </w:rPr>
        <w:t>Если актуально: имена, роли или кто работает с клиентами. Можно приложить готовый текст о команде.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Что рассказать о вашей команде"/>
                <w:tag w:val="answer_162"/>
                <w:id w:val="16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Как проходит работа с вашими клиентами</w:t>
      </w:r>
    </w:p>
    <w:p>
      <w:pPr>
        <w:keepNext/>
      </w:pPr>
      <w:r>
        <w:rPr>
          <w:color w:val="555555"/>
          <w:sz w:val="18"/>
        </w:rPr>
        <w:t>Например: обращение, осмотр, предложение и выполнение работ.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 проходит работа с вашими клиентами"/>
                <w:tag w:val="answer_163"/>
                <w:id w:val="16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работы или проекты вы хотите показать</w:t>
      </w:r>
    </w:p>
    <w:p>
      <w:pPr>
        <w:keepNext/>
      </w:pPr>
      <w:r>
        <w:rPr>
          <w:color w:val="555555"/>
          <w:sz w:val="18"/>
        </w:rPr>
        <w:t>Краткое описание и соответствующие фотографии или ссылки на папки. Не указывайте конфиденциальные данные клиентов.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е работы или проекты вы хотите показать"/>
                <w:tag w:val="answer_164"/>
                <w:id w:val="16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О чём клиенты часто спрашивают перед заказом</w:t>
      </w:r>
    </w:p>
    <w:p>
      <w:pPr>
        <w:keepNext/>
      </w:pPr>
      <w:r>
        <w:rPr>
          <w:color w:val="555555"/>
          <w:sz w:val="18"/>
        </w:rPr>
        <w:t>Если возможно, сразу добавьте краткий ответ.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О чём клиенты часто спрашивают перед заказом"/>
                <w:tag w:val="answer_165"/>
                <w:id w:val="16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отзывы или подтверждения опыта можно показать</w:t>
      </w:r>
    </w:p>
    <w:p>
      <w:pPr>
        <w:keepNext/>
      </w:pPr>
      <w:r>
        <w:rPr>
          <w:color w:val="555555"/>
          <w:sz w:val="18"/>
        </w:rPr>
        <w:t>Например: разрешённые к использованию отзывы, квалификации или сертификаты. Достаточно ссылок или файлов.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е отзывы или подтверждения опыта можно показать"/>
                <w:tag w:val="answer_166"/>
                <w:id w:val="16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сведения нужны вам, чтобы ответить на заявку</w:t>
      </w:r>
    </w:p>
    <w:p>
      <w:pPr>
        <w:keepNext/>
      </w:pPr>
      <w:r>
        <w:rPr>
          <w:color w:val="555555"/>
          <w:sz w:val="18"/>
        </w:rPr>
        <w:t>Например: услуга, город и краткое описание задачи. Запрашиваем только нужные сведения.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е сведения нужны вам, чтобы ответить на заявку"/>
                <w:tag w:val="answer_167"/>
                <w:id w:val="16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Оформление и материалы</w:t>
      </w:r>
    </w:p>
    <w:p>
      <w:r>
        <w:t>В каждой строке отметьте подходящий вариант. Если нужна помощь, заранее обсудим объём работы и возможную доплату.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Материал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Есть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Пришлю позже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Нужна помощь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Не нужно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Логотип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8"/>
                <w:tag w:val="choice_168"/>
                <w:alias w:val="Логотип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9"/>
                <w:tag w:val="choice_169"/>
                <w:alias w:val="Логотип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0"/>
                <w:tag w:val="choice_170"/>
                <w:alias w:val="Логотип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1"/>
                <w:tag w:val="choice_171"/>
                <w:alias w:val="Логотип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Тексты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2"/>
                <w:tag w:val="choice_172"/>
                <w:alias w:val="Тексты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3"/>
                <w:tag w:val="choice_173"/>
                <w:alias w:val="Тексты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4"/>
                <w:tag w:val="choice_174"/>
                <w:alias w:val="Тексты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5"/>
                <w:tag w:val="choice_175"/>
                <w:alias w:val="Тексты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Фотографии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6"/>
                <w:tag w:val="choice_176"/>
                <w:alias w:val="Фотографии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7"/>
                <w:tag w:val="choice_177"/>
                <w:alias w:val="Фотографии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8"/>
                <w:tag w:val="choice_178"/>
                <w:alias w:val="Фотографии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9"/>
                <w:tag w:val="choice_179"/>
                <w:alias w:val="Фотографии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Примеры работ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0"/>
                <w:tag w:val="choice_180"/>
                <w:alias w:val="Примеры работ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1"/>
                <w:tag w:val="choice_181"/>
                <w:alias w:val="Примеры работ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2"/>
                <w:tag w:val="choice_182"/>
                <w:alias w:val="Примеры работ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3"/>
                <w:tag w:val="choice_183"/>
                <w:alias w:val="Примеры работ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Отзывы клиентов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4"/>
                <w:tag w:val="choice_184"/>
                <w:alias w:val="Отзывы клиентов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5"/>
                <w:tag w:val="choice_185"/>
                <w:alias w:val="Отзывы клиентов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6"/>
                <w:tag w:val="choice_186"/>
                <w:alias w:val="Отзывы клиентов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7"/>
                <w:tag w:val="choice_187"/>
                <w:alias w:val="Отзывы клиентов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Impressum и текст о защите данных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8"/>
                <w:tag w:val="choice_188"/>
                <w:alias w:val="Impressum и текст о защите данных Ест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89"/>
                <w:tag w:val="choice_189"/>
                <w:alias w:val="Impressum и текст о защите данных Пришлю позже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90"/>
                <w:tag w:val="choice_190"/>
                <w:alias w:val="Impressum и текст о защите данных Нужна помощь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91"/>
                <w:tag w:val="choice_191"/>
                <w:alias w:val="Impressum и текст о защите данных Не нужно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Есть ли цвета или правила оформления, которые нужно сохранить</w:t>
      </w:r>
    </w:p>
    <w:p>
      <w:pPr>
        <w:keepNext/>
      </w:pPr>
      <w:r>
        <w:rPr>
          <w:color w:val="555555"/>
          <w:sz w:val="18"/>
        </w:rPr>
        <w:t>Приложите логотип или готовые материалы. Можно написать: «Предложите оформление».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Есть ли цвета или правила оформления, которые нужно сохранить"/>
                <w:tag w:val="answer_192"/>
                <w:id w:val="19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Какие сайты вам нравятся и что именно в них нравится</w:t>
            </w:r>
          </w:p>
          <w:p>
            <w:pPr>
              <w:spacing w:after="0"/>
            </w:pPr>
            <w:sdt>
              <w:sdtPr>
                <w:alias w:val="Какие сайты вам нравятся и что именно в них нравится"/>
                <w:tag w:val="answer_193"/>
                <w:id w:val="19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Что вам не нравится и чего нужно избегать</w:t>
            </w:r>
          </w:p>
          <w:p>
            <w:pPr>
              <w:spacing w:after="0"/>
            </w:pPr>
            <w:sdt>
              <w:sdtPr>
                <w:alias w:val="Что вам не нравится и чего нужно избегать"/>
                <w:tag w:val="answer_194"/>
                <w:id w:val="19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Достаточно ссылок. Например: цвета, фотографии, удобство или общее настроение.</w:t>
      </w:r>
    </w:p>
    <w:p>
      <w:pPr>
        <w:keepNext/>
        <w:spacing w:before="140"/>
      </w:pPr>
      <w:r>
        <w:rPr>
          <w:b/>
        </w:rPr>
        <w:t>Как обращаться к посетителям сайта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Как обращаться к посетителям сайта"/>
                <w:tag w:val="single_tone"/>
                <w:id w:val="195"/>
                <w:showingPlcHdr/>
                <w:dropDownList>
                  <w:listItem w:displayText="Выберите ответ" w:value="select"/>
                  <w:listItem w:displayText="На вы" w:value="formal"/>
                  <w:listItem w:displayText="На ты" w:value="informal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Какие компании в вашем регионе предлагают похожие услуги</w:t>
      </w:r>
    </w:p>
    <w:p>
      <w:pPr>
        <w:keepNext/>
      </w:pPr>
      <w:r>
        <w:rPr>
          <w:color w:val="555555"/>
          <w:sz w:val="18"/>
        </w:rPr>
        <w:t>Необязательно. Достаточно названий или ссылок. Чужие тексты и оформление не копируем.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акие компании в вашем регионе предлагают похожие услуги"/>
                <w:tag w:val="answer_196"/>
                <w:id w:val="19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Где находятся ваши материалы</w:t>
      </w:r>
    </w:p>
    <w:p>
      <w:pPr>
        <w:keepNext/>
      </w:pPr>
      <w:r>
        <w:rPr>
          <w:color w:val="555555"/>
          <w:sz w:val="18"/>
        </w:rPr>
        <w:t>Ссылка на доступную папку или названия приложенных файлов. Пароли не указывайте. Присылайте материалы, которые вы вправе использовать.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Где находятся ваши материалы"/>
                <w:tag w:val="answer_197"/>
                <w:id w:val="19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Когда сможете прислать недостающие материалы</w:t>
      </w:r>
    </w:p>
    <w:p>
      <w:pPr>
        <w:keepNext/>
      </w:pPr>
      <w:r>
        <w:rPr>
          <w:color w:val="555555"/>
          <w:sz w:val="18"/>
        </w:rPr>
        <w:t>Достаточно примерной даты или ответа «Спланируем вместе».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Когда сможете прислать недостающие материалы"/>
                <w:tag w:val="answer_198"/>
                <w:id w:val="19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Контакты для сайта и подготовка запуска</w:t>
      </w:r>
    </w:p>
    <w:p>
      <w:pPr>
        <w:pStyle w:val="Heading2"/>
      </w:pPr>
      <w:r>
        <w:t>Какие контактные данные указать на вашем сайте</w:t>
      </w:r>
    </w:p>
    <w:p>
      <w:r>
        <w:rPr>
          <w:color w:val="555555"/>
          <w:sz w:val="18"/>
        </w:rPr>
        <w:t>Укажите только данные, которые должны видеть посетители. Ненужные поля оставьте пустыми.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Телефон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199"/>
                <w:id w:val="19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Email на сайте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200"/>
                <w:id w:val="2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Адрес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201"/>
                <w:id w:val="2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Часы работы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202"/>
                <w:id w:val="2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Ссылки на соцсети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Ваш ответ"/>
                <w:tag w:val="answer_203"/>
                <w:id w:val="2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Ваш ответ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На какой email должны приходить заявки с сайта</w:t>
            </w:r>
          </w:p>
          <w:p>
            <w:pPr>
              <w:spacing w:after="0"/>
            </w:pPr>
            <w:sdt>
              <w:sdtPr>
                <w:alias w:val="На какой email должны приходить заявки с сайта"/>
                <w:tag w:val="answer_204"/>
                <w:id w:val="2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Есть ли у вас домен и хостинг</w:t>
            </w:r>
          </w:p>
          <w:p>
            <w:pPr>
              <w:spacing w:after="0"/>
            </w:pPr>
            <w:sdt>
              <w:sdtPr>
                <w:alias w:val="Есть ли у вас домен и хостинг"/>
                <w:tag w:val="answer_205"/>
                <w:id w:val="2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Укажите домен и провайдера или напишите «Нужна помощь». Пароли не указывайте.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Основной язык сайта</w:t>
            </w:r>
          </w:p>
          <w:p>
            <w:pPr>
              <w:spacing w:after="0"/>
            </w:pPr>
            <w:sdt>
              <w:sdtPr>
                <w:alias w:val="Основной язык сайта"/>
                <w:tag w:val="answer_206"/>
                <w:id w:val="2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Желаемая дата запуска</w:t>
            </w:r>
          </w:p>
          <w:p>
            <w:pPr>
              <w:spacing w:after="0"/>
            </w:pPr>
            <w:sdt>
              <w:sdtPr>
                <w:alias w:val="Желаемая дата запуска"/>
                <w:tag w:val="answer_207"/>
                <w:id w:val="20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Укажите основной язык. Дополнительные версии и их стоимость согласуем отдельно.</w:t>
      </w:r>
    </w:p>
    <w:p>
      <w:r>
        <w:rPr>
          <w:color w:val="555555"/>
          <w:sz w:val="18"/>
        </w:rPr>
        <w:t>Достаточно примерной даты. Если есть конкретное событие, укажите его в пожеланиях.</w:t>
      </w:r>
    </w:p>
    <w:p>
      <w:pPr>
        <w:keepNext/>
        <w:spacing w:before="140"/>
      </w:pPr>
      <w:r>
        <w:rPr>
          <w:b/>
        </w:rPr>
        <w:t>Кто будет обновлять содержание после запуска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Кто будет обновлять содержание после запуска"/>
                <w:tag w:val="single_maintenance"/>
                <w:id w:val="208"/>
                <w:showingPlcHdr/>
                <w:dropDownList>
                  <w:listItem w:displayText="Выберите ответ" w:value="select"/>
                  <w:listItem w:displayText="Я самостоятельно после инструкции" w:value="selfmanage"/>
                  <w:listItem w:displayText="Aboxon по отдельной договорённости" w:value="agencycare"/>
                  <w:listItem w:displayText="Изменения будут редкими" w:value="rarechanges"/>
                  <w:listItem w:displayText="Нужна ваша рекомендация" w:value="help"/>
                </w:dropDownList>
              </w:sdtPr>
              <w:sdtContent>
                <w:r>
                  <w:rPr>
                    <w:color w:val="777777"/>
                  </w:rPr>
                  <w:t>Выберите ответ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Что планируете обновлять</w:t>
            </w:r>
          </w:p>
          <w:p>
            <w:pPr>
              <w:spacing w:after="0"/>
            </w:pPr>
            <w:sdt>
              <w:sdtPr>
                <w:alias w:val="Что планируете обновлять"/>
                <w:tag w:val="answer_209"/>
                <w:id w:val="2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Кто будет согласовывать сайт с нами</w:t>
            </w:r>
          </w:p>
          <w:p>
            <w:pPr>
              <w:spacing w:after="0"/>
            </w:pPr>
            <w:sdt>
              <w:sdtPr>
                <w:alias w:val="Кто будет согласовывать сайт с нами"/>
                <w:tag w:val="answer_210"/>
                <w:id w:val="2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Например: работы, услуги или часы работы.</w:t>
      </w:r>
    </w:p>
    <w:p>
      <w:r>
        <w:rPr>
          <w:color w:val="555555"/>
          <w:sz w:val="18"/>
        </w:rPr>
        <w:t>Вы сами или другой ответственный человек, через которого собираем замечания.</w:t>
      </w:r>
    </w:p>
    <w:p>
      <w:pPr>
        <w:keepNext/>
        <w:spacing w:before="140"/>
      </w:pPr>
      <w:r>
        <w:rPr>
          <w:b/>
        </w:rPr>
        <w:t>Дополнительные пожелания</w:t>
      </w:r>
    </w:p>
    <w:p>
      <w:pPr>
        <w:keepNext/>
      </w:pPr>
      <w:r>
        <w:rPr>
          <w:color w:val="555555"/>
          <w:sz w:val="18"/>
        </w:rPr>
        <w:t>Особые функции и дополнительные языки согласуем отдельно. Укажите также событие, к которому нужен сайт.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Дополнительные пожелания"/>
                <w:tag w:val="answer_211"/>
                <w:id w:val="21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Нажмите и заполните</w:t>
                </w:r>
              </w:sdtContent>
            </w:sdt>
          </w:p>
        </w:tc>
      </w:tr>
    </w:tbl>
    <w:p>
      <w:pPr>
        <w:pStyle w:val="Heading2"/>
      </w:pPr>
      <w:r>
        <w:t>Как отправить бриф</w:t>
      </w:r>
    </w:p>
    <w:p>
      <w:r>
        <w:rPr>
          <w:color w:val="555555"/>
          <w:sz w:val="18"/>
        </w:rPr>
        <w:t>Сохраните файл и отправьте его на office@aboxon-webkonzept.de или прикрепите к заявке на сайте. К заявке можно приложить один DOCX или PDF до 5 МиБ. Остальные материалы отправьте отдельно или ссылкой на папку.</w:t>
      </w:r>
    </w:p>
    <w:p>
      <w:r>
        <w:rPr>
          <w:color w:val="555555"/>
          <w:sz w:val="18"/>
        </w:rPr>
        <w:t>Мы уточним детали и подтвердим объём в предложении. Бриф не оформляет заказ.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Premium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создание сайта Premium</dc:title>
  <dc:subject>Бриф на создание сайта</dc:subject>
  <dc:creator>Aboxon Webkonzept</dc:creator>
  <cp:keywords>Briefing Premium ru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