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Briefing voor uw website</w:t>
      </w:r>
    </w:p>
    <w:p>
      <w:pPr>
        <w:pStyle w:val="Heading2"/>
      </w:pPr>
      <w:r>
        <w:t>Premium</w:t>
      </w:r>
    </w:p>
    <w:p>
      <w:r>
        <w:t>Vertel ons over uw bedrijf en uw wensen. Korte antwoorden zijn voldoende. Open punten bespreken we samen.</w:t>
      </w:r>
    </w:p>
    <w:p>
      <w:r>
        <w:rPr>
          <w:color w:val="555555"/>
          <w:sz w:val="18"/>
        </w:rPr>
        <w:t>Klik op de velden, vink vakjes aan en kies antwoorden uit de lijsten. Op papier kunt u uw keuze opschrijven. Bestaande documenten mogen antwoorden vervangen.</w:t>
      </w:r>
    </w:p>
    <w:p>
      <w:r>
        <w:rPr>
          <w:color w:val="555555"/>
          <w:sz w:val="18"/>
        </w:rPr>
        <w:t>Gegevens met * zijn nodig voor onze eerste reactie. De rest is optioneel. Kies bij twijfel voor advies of laat het veld leeg.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Uw naam *</w:t>
            </w:r>
          </w:p>
          <w:p>
            <w:pPr>
              <w:spacing w:after="0"/>
            </w:pPr>
            <w:sdt>
              <w:sdtPr>
                <w:alias w:val="Uw naam *"/>
                <w:tag w:val="answer_100"/>
                <w:id w:val="1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Uw e-mailadres voor vragen *</w:t>
            </w:r>
          </w:p>
          <w:p>
            <w:pPr>
              <w:spacing w:after="0"/>
            </w:pPr>
            <w:sdt>
              <w:sdtPr>
                <w:alias w:val="Uw e-mailadres voor vragen *"/>
                <w:tag w:val="answer_101"/>
                <w:id w:val="1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Naam van uw bedrijf of merk</w:t>
            </w:r>
          </w:p>
          <w:p>
            <w:pPr>
              <w:spacing w:after="0"/>
            </w:pPr>
            <w:sdt>
              <w:sdtPr>
                <w:alias w:val="Naam van uw bedrijf of merk"/>
                <w:tag w:val="answer_102"/>
                <w:id w:val="1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Uw telefoonnummer optioneel</w:t>
            </w:r>
          </w:p>
          <w:p>
            <w:pPr>
              <w:spacing w:after="0"/>
            </w:pPr>
            <w:sdt>
              <w:sdtPr>
                <w:alias w:val="Uw telefoonnummer optioneel"/>
                <w:tag w:val="answer_103"/>
                <w:id w:val="1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Uw persoonlijke contactgegevens worden niet automatisch op de website getoond.</w:t>
      </w:r>
    </w:p>
    <w:p>
      <w:pPr>
        <w:keepNext/>
        <w:spacing w:before="140"/>
      </w:pPr>
      <w:r>
        <w:rPr>
          <w:b/>
        </w:rPr>
        <w:t>Wat biedt u aan *</w:t>
      </w:r>
    </w:p>
    <w:p>
      <w:pPr>
        <w:keepNext/>
      </w:pPr>
      <w:r>
        <w:rPr>
          <w:color w:val="555555"/>
          <w:sz w:val="18"/>
        </w:rPr>
        <w:t>Bijvoorbeeld woningrenovatie voor particulieren. Enkele woorden zijn voldoende.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biedt u aan *"/>
                <w:tag w:val="answer_104"/>
                <w:id w:val="1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In welke regio werkt u</w:t>
            </w:r>
          </w:p>
          <w:p>
            <w:pPr>
              <w:spacing w:after="0"/>
            </w:pPr>
            <w:sdt>
              <w:sdtPr>
                <w:alias w:val="In welke regio werkt u"/>
                <w:tag w:val="answer_105"/>
                <w:id w:val="1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Wie zijn uw klanten</w:t>
            </w:r>
          </w:p>
          <w:p>
            <w:pPr>
              <w:spacing w:after="0"/>
            </w:pPr>
            <w:sdt>
              <w:sdtPr>
                <w:alias w:val="Wie zijn uw klanten"/>
                <w:tag w:val="answer_106"/>
                <w:id w:val="1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pPr>
        <w:keepNext/>
        <w:spacing w:before="140"/>
      </w:pPr>
      <w:r>
        <w:rPr>
          <w:b/>
        </w:rPr>
        <w:t>Wat is het belangrijkste doel van de website *</w:t>
      </w:r>
    </w:p>
    <w:p>
      <w:pPr>
        <w:keepNext/>
      </w:pPr>
      <w:r>
        <w:rPr>
          <w:color w:val="555555"/>
          <w:sz w:val="18"/>
        </w:rPr>
        <w:t>Kies één antwoord uit de lijst. Schrijf uw antwoord op als u op papier invult.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t is het belangrijkste doel van de website *"/>
                <w:tag w:val="single_goal"/>
                <w:id w:val="107"/>
                <w:showingPlcHdr/>
                <w:dropDownList>
                  <w:listItem w:displayText="Maak een keuze" w:value="select"/>
                  <w:listItem w:displayText="Bellen" w:value="call"/>
                  <w:listItem w:displayText="Een aanvraag sturen" w:value="enquiry"/>
                  <w:listItem w:displayText="Een e-mail sturen" w:value="email"/>
                  <w:listItem w:displayText="Diensten en projecten bekijken" w:value="view"/>
                  <w:listItem w:displayText="Anders" w:value="other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Wat wilt u met dit project doen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t wilt u met dit project doen"/>
                <w:tag w:val="single_projecttype"/>
                <w:id w:val="108"/>
                <w:showingPlcHdr/>
                <w:dropDownList>
                  <w:listItem w:displayText="Maak een keuze" w:value="select"/>
                  <w:listItem w:displayText="Mijn eerste website laten maken" w:value="firstsite"/>
                  <w:listItem w:displayText="Een bestaande website opnieuw laten ontwerpen" w:value="replace"/>
                  <w:listItem w:displayText="Een bestaande website gericht verbeteren" w:value="improve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Link naar uw bestaande website indien aanwezig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Link naar uw bestaande website indien aanwezig"/>
                <w:tag w:val="answer_109"/>
                <w:id w:val="1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Wat moet blijven of veranderen aan uw bestaande website</w:t>
      </w:r>
    </w:p>
    <w:p>
      <w:pPr>
        <w:keepNext/>
      </w:pPr>
      <w:r>
        <w:rPr>
          <w:color w:val="555555"/>
          <w:sz w:val="18"/>
        </w:rPr>
        <w:t>Alleen bij een bestaande website. Bijvoorbeeld logo, foto’s, teksten, pagina’s of functies.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moet blijven of veranderen aan uw bestaande website"/>
                <w:tag w:val="answer_110"/>
                <w:id w:val="1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Pagina’s en diensten</w:t>
      </w:r>
    </w:p>
    <w:p>
      <w:r>
        <w:t>Maximaal 12 hoofdpagina’s. Impressum en privacyverklaring tellen niet mee. U hoeft niet alle pagina’s te gebruiken. De definitieve structuur bepalen we samen.</w:t>
      </w:r>
    </w:p>
    <w:p>
      <w:pPr>
        <w:keepNext/>
        <w:spacing w:before="140"/>
      </w:pPr>
      <w:r>
        <w:rPr>
          <w:b/>
        </w:rPr>
        <w:t>Welke pagina’s wilt u</w:t>
      </w:r>
    </w:p>
    <w:p>
      <w:pPr>
        <w:keepNext/>
      </w:pPr>
      <w:r>
        <w:rPr>
          <w:color w:val="555555"/>
          <w:sz w:val="18"/>
        </w:rPr>
        <w:t>Vink aan wat van toepassing is. Meerdere antwoorden zijn mogelijk.</w:t>
      </w:r>
    </w:p>
    <w:p>
      <w:pPr>
        <w:tabs>
          <w:tab w:pos="4876" w:val="left"/>
        </w:tabs>
        <w:spacing w:after="80"/>
      </w:pPr>
      <w:sdt>
        <w:sdtPr>
          <w:id w:val="111"/>
          <w:tag w:val="choice_111"/>
          <w:alias w:val="Hom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Home   </w:t>
      </w:r>
      <w:r>
        <w:tab/>
      </w:r>
      <w:sdt>
        <w:sdtPr>
          <w:id w:val="112"/>
          <w:tag w:val="choice_112"/>
          <w:alias w:val="Over o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Over ons   </w:t>
      </w:r>
    </w:p>
    <w:p>
      <w:pPr>
        <w:tabs>
          <w:tab w:pos="4876" w:val="left"/>
        </w:tabs>
        <w:spacing w:after="80"/>
      </w:pPr>
      <w:sdt>
        <w:sdtPr>
          <w:id w:val="113"/>
          <w:tag w:val="choice_113"/>
          <w:alias w:val="Dienst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Diensten   </w:t>
      </w:r>
      <w:r>
        <w:tab/>
      </w:r>
      <w:sdt>
        <w:sdtPr>
          <w:id w:val="114"/>
          <w:tag w:val="choice_114"/>
          <w:alias w:val="Onze project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Onze projecten   </w:t>
      </w:r>
    </w:p>
    <w:p>
      <w:pPr>
        <w:tabs>
          <w:tab w:pos="4876" w:val="left"/>
        </w:tabs>
        <w:spacing w:after="80"/>
      </w:pPr>
      <w:sdt>
        <w:sdtPr>
          <w:id w:val="115"/>
          <w:tag w:val="choice_115"/>
          <w:alias w:val="Contac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Contact   </w:t>
      </w:r>
      <w:r>
        <w:tab/>
      </w:r>
      <w:sdt>
        <w:sdtPr>
          <w:id w:val="116"/>
          <w:tag w:val="choice_116"/>
          <w:alias w:val="Tea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Team   </w:t>
      </w:r>
    </w:p>
    <w:p>
      <w:pPr>
        <w:tabs>
          <w:tab w:pos="4876" w:val="left"/>
        </w:tabs>
        <w:spacing w:after="80"/>
      </w:pPr>
      <w:sdt>
        <w:sdtPr>
          <w:id w:val="117"/>
          <w:tag w:val="choice_117"/>
          <w:alias w:val="Veelgestelde vra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Veelgestelde vragen   </w:t>
      </w:r>
      <w:r>
        <w:tab/>
      </w:r>
      <w:sdt>
        <w:sdtPr>
          <w:id w:val="118"/>
          <w:tag w:val="choice_118"/>
          <w:alias w:val="Stel een structuur voor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Stel een structuur voor   </w:t>
      </w:r>
    </w:p>
    <w:p>
      <w:pPr>
        <w:pStyle w:val="Heading2"/>
      </w:pPr>
      <w:r>
        <w:t>Welke diensten biedt u aan</w:t>
      </w:r>
    </w:p>
    <w:p>
      <w:r>
        <w:rPr>
          <w:color w:val="555555"/>
          <w:sz w:val="18"/>
        </w:rPr>
        <w:t>Beschrijf uw diensten kort. Voeg zo nodig rijen toe of stuur bestaande beschrijvingen mee.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03"/>
      </w:tblGrid>
      <w:tr>
        <w:trPr>
          <w:tblHeader/>
        </w:trP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Dienst</w:t>
            </w:r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Wat houdt de dienst in en voor wie is deze bedoeld</w:t>
            </w:r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19"/>
                <w:id w:val="11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0"/>
                <w:id w:val="12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1"/>
                <w:id w:val="12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2"/>
                <w:id w:val="12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3"/>
                <w:id w:val="12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4"/>
                <w:id w:val="12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5"/>
                <w:id w:val="12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6"/>
                <w:id w:val="12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7"/>
                <w:id w:val="12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8"/>
                <w:id w:val="12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diensten moeten een eigen pagina krijgen</w:t>
      </w:r>
    </w:p>
    <w:p>
      <w:pPr>
        <w:keepNext/>
      </w:pPr>
      <w:r>
        <w:rPr>
          <w:color w:val="555555"/>
          <w:sz w:val="18"/>
        </w:rPr>
        <w:t>Deze pagina’s vallen binnen het pakket. U kunt ook “Graag een voorstel” invullen.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diensten moeten een eigen pagina krijgen"/>
                <w:tag w:val="answer_129"/>
                <w:id w:val="12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mogelijkheden wenst u op de website</w:t>
      </w:r>
    </w:p>
    <w:p>
      <w:pPr>
        <w:keepNext/>
      </w:pPr>
      <w:r>
        <w:rPr>
          <w:color w:val="555555"/>
          <w:sz w:val="18"/>
        </w:rPr>
        <w:t>Vink aan wat van toepassing is. Meerdere antwoorden zijn mogelijk.</w:t>
      </w:r>
    </w:p>
    <w:p>
      <w:pPr>
        <w:tabs>
          <w:tab w:pos="4876" w:val="left"/>
        </w:tabs>
        <w:spacing w:after="80"/>
      </w:pPr>
      <w:sdt>
        <w:sdtPr>
          <w:id w:val="130"/>
          <w:tag w:val="choice_130"/>
          <w:alias w:val="Fotogalerij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Fotogalerij   </w:t>
      </w:r>
      <w:r>
        <w:tab/>
      </w:r>
      <w:sdt>
        <w:sdtPr>
          <w:id w:val="131"/>
          <w:tag w:val="choice_131"/>
          <w:alias w:val="Kaart en rout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Kaart en route   </w:t>
      </w:r>
    </w:p>
    <w:p>
      <w:pPr>
        <w:tabs>
          <w:tab w:pos="4876" w:val="left"/>
        </w:tabs>
        <w:spacing w:after="80"/>
      </w:pPr>
      <w:sdt>
        <w:sdtPr>
          <w:id w:val="132"/>
          <w:tag w:val="choice_132"/>
          <w:alias w:val="Documenten download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Documenten downloaden   </w:t>
      </w:r>
      <w:r>
        <w:tab/>
      </w:r>
      <w:sdt>
        <w:sdtPr>
          <w:id w:val="133"/>
          <w:tag w:val="choice_133"/>
          <w:alias w:val="Link naar WhatsApp of sociale media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Link naar WhatsApp of sociale media   </w:t>
      </w:r>
    </w:p>
    <w:p>
      <w:pPr>
        <w:tabs>
          <w:tab w:pos="4876" w:val="left"/>
        </w:tabs>
        <w:spacing w:after="80"/>
      </w:pPr>
      <w:sdt>
        <w:sdtPr>
          <w:id w:val="134"/>
          <w:tag w:val="choice_134"/>
          <w:alias w:val="Link naar bestaande afsprakenplanner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Link naar bestaande afsprakenplanner   </w:t>
      </w:r>
      <w:r>
        <w:tab/>
      </w:r>
      <w:sdt>
        <w:sdtPr>
          <w:id w:val="135"/>
          <w:tag w:val="choice_135"/>
          <w:alias w:val="Bestand bij een aanvraag voe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Bestand bij een aanvraag voegen   </w:t>
      </w:r>
    </w:p>
    <w:p>
      <w:pPr>
        <w:tabs>
          <w:tab w:pos="4876" w:val="left"/>
        </w:tabs>
        <w:spacing w:after="80"/>
      </w:pPr>
      <w:sdt>
        <w:sdtPr>
          <w:id w:val="136"/>
          <w:tag w:val="choice_136"/>
          <w:alias w:val="Extra tal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Extra talen   </w:t>
      </w:r>
      <w:r>
        <w:tab/>
      </w:r>
      <w:sdt>
        <w:sdtPr>
          <w:id w:val="137"/>
          <w:tag w:val="choice_137"/>
          <w:alias w:val="Ik ontvang graag advi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Ik ontvang graag advies   </w:t>
      </w:r>
    </w:p>
    <w:p>
      <w:r>
        <w:rPr>
          <w:color w:val="555555"/>
          <w:sz w:val="18"/>
        </w:rPr>
        <w:t>Vink uw wensen aan. Dit is geen opdracht; de omvang en eventuele extra kosten bevestigen we vooraf in de offerte.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Nodig bij de start</w:t>
            </w:r>
          </w:p>
          <w:p>
            <w:pPr>
              <w:spacing w:after="0"/>
            </w:pPr>
            <w:sdt>
              <w:sdtPr>
                <w:alias w:val="Nodig bij de start"/>
                <w:tag w:val="answer_138"/>
                <w:id w:val="13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Kan later volgen</w:t>
            </w:r>
          </w:p>
          <w:p>
            <w:pPr>
              <w:spacing w:after="0"/>
            </w:pPr>
            <w:sdt>
              <w:sdtPr>
                <w:alias w:val="Kan later volgen"/>
                <w:tag w:val="answer_139"/>
                <w:id w:val="13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Bijvoorbeeld functies, inhoud of extra pagina’s. Laat onbekende punten gerust open.</w:t>
      </w:r>
    </w:p>
    <w:p>
      <w:r>
        <w:br w:type="page"/>
      </w:r>
    </w:p>
    <w:p>
      <w:pPr>
        <w:pStyle w:val="Heading1"/>
      </w:pPr>
      <w:r>
        <w:t>Uw belangrijkste diensten in detail</w:t>
      </w:r>
    </w:p>
    <w:p>
      <w:r>
        <w:t>Beschrijf hier één bijzonder belangrijke dienst. Voor de overige gebruiken we uw dienstenlijst en bestaande documenten. U hoeft geen onderdelen te kopiëren; open vragen bespreken we samen.</w:t>
      </w:r>
    </w:p>
    <w:p>
      <w:pPr>
        <w:keepNext/>
        <w:spacing w:before="140"/>
      </w:pPr>
      <w:r>
        <w:rPr>
          <w:b/>
        </w:rPr>
        <w:t>Welke dienst moeten wij vooral benadrukken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dienst moeten wij vooral benadrukken"/>
                <w:tag w:val="answer_140"/>
                <w:id w:val="14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Met welke vraag of welk probleem komen klanten bij 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Met welke vraag of welk probleem komen klanten bij u"/>
                <w:tag w:val="answer_141"/>
                <w:id w:val="14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Wat valt onder deze dienst en wat wordt apart afgesproken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valt onder deze dienst en wat wordt apart afgesproken"/>
                <w:tag w:val="answer_142"/>
                <w:id w:val="14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Wat moeten klanten weten voordat zij een aanvraag doen</w:t>
      </w:r>
    </w:p>
    <w:p>
      <w:pPr>
        <w:keepNext/>
      </w:pPr>
      <w:r>
        <w:rPr>
          <w:color w:val="555555"/>
          <w:sz w:val="18"/>
        </w:rPr>
        <w:t>Bijvoorbeeld voorwaarden, werkwijze en factoren die de duur of prijs bepalen. Vaste prijzen zijn niet nodig.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moeten klanten weten voordat zij een aanvraag doen"/>
                <w:tag w:val="answer_143"/>
                <w:id w:val="14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 project of welke ervaring sluit aan bij deze dienst</w:t>
      </w:r>
    </w:p>
    <w:p>
      <w:pPr>
        <w:keepNext/>
      </w:pPr>
      <w:r>
        <w:rPr>
          <w:color w:val="555555"/>
          <w:sz w:val="18"/>
        </w:rPr>
        <w:t>De vraag van de klant, uw werkzaamheden en foto’s die gebruikt mogen worden. Noem resultaten alleen als ze onderbouwd zijn.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 project of welke ervaring sluit aan bij deze dienst"/>
                <w:tag w:val="answer_144"/>
                <w:id w:val="14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Hoe vinden klanten uw bedrijf nu</w:t>
      </w:r>
    </w:p>
    <w:p>
      <w:pPr>
        <w:keepNext/>
      </w:pPr>
      <w:r>
        <w:rPr>
          <w:color w:val="555555"/>
          <w:sz w:val="18"/>
        </w:rPr>
        <w:t>Vink aan wat van toepassing is. Meerdere antwoorden zijn mogelijk.</w:t>
      </w:r>
    </w:p>
    <w:p>
      <w:pPr>
        <w:tabs>
          <w:tab w:pos="4876" w:val="left"/>
        </w:tabs>
        <w:spacing w:after="80"/>
      </w:pPr>
      <w:sdt>
        <w:sdtPr>
          <w:id w:val="145"/>
          <w:tag w:val="choice_145"/>
          <w:alias w:val="Google of andere zoekmachin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Google of andere zoekmachines   </w:t>
      </w:r>
      <w:r>
        <w:tab/>
      </w:r>
      <w:sdt>
        <w:sdtPr>
          <w:id w:val="146"/>
          <w:tag w:val="choice_146"/>
          <w:alias w:val="Aanbevelin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Aanbevelingen   </w:t>
      </w:r>
    </w:p>
    <w:p>
      <w:pPr>
        <w:tabs>
          <w:tab w:pos="4876" w:val="left"/>
        </w:tabs>
        <w:spacing w:after="80"/>
      </w:pPr>
      <w:sdt>
        <w:sdtPr>
          <w:id w:val="147"/>
          <w:tag w:val="choice_147"/>
          <w:alias w:val="Sociale media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Sociale media   </w:t>
      </w:r>
      <w:r>
        <w:tab/>
      </w:r>
      <w:sdt>
        <w:sdtPr>
          <w:id w:val="148"/>
          <w:tag w:val="choice_148"/>
          <w:alias w:val="Advertenti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Advertenties   </w:t>
      </w:r>
    </w:p>
    <w:p>
      <w:pPr>
        <w:tabs>
          <w:tab w:pos="4876" w:val="left"/>
        </w:tabs>
        <w:spacing w:after="80"/>
      </w:pPr>
      <w:sdt>
        <w:sdtPr>
          <w:id w:val="149"/>
          <w:tag w:val="choice_149"/>
          <w:alias w:val="Ik ontvang graag advi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Ik ontvang graag advies   </w:t>
      </w:r>
      <w:r>
        <w:tab/>
      </w:r>
      <w:sdt>
        <w:sdtPr>
          <w:id w:val="150"/>
          <w:tag w:val="choice_150"/>
          <w:alias w:val="Ander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Anders   </w:t>
      </w:r>
    </w:p>
    <w:p>
      <w:pPr>
        <w:keepNext/>
        <w:spacing w:before="140"/>
      </w:pPr>
      <w:r>
        <w:rPr>
          <w:b/>
        </w:rPr>
        <w:t>Wat wenst u na het versturen van een aanvraag</w:t>
      </w:r>
    </w:p>
    <w:p>
      <w:pPr>
        <w:keepNext/>
      </w:pPr>
      <w:r>
        <w:rPr>
          <w:color w:val="555555"/>
          <w:sz w:val="18"/>
        </w:rPr>
        <w:t>Vink aan wat van toepassing is. Meerdere antwoorden zijn mogelijk.</w:t>
      </w:r>
    </w:p>
    <w:p>
      <w:pPr>
        <w:tabs>
          <w:tab w:pos="4876" w:val="left"/>
        </w:tabs>
        <w:spacing w:after="80"/>
      </w:pPr>
      <w:sdt>
        <w:sdtPr>
          <w:id w:val="151"/>
          <w:tag w:val="choice_151"/>
          <w:alias w:val="Een e-mail aan mij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Een e-mail aan mij   </w:t>
      </w:r>
      <w:r>
        <w:tab/>
      </w:r>
      <w:sdt>
        <w:sdtPr>
          <w:id w:val="152"/>
          <w:tag w:val="choice_152"/>
          <w:alias w:val="Ontvangstbevestiging voor de klan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Ontvangstbevestiging voor de klant   </w:t>
      </w:r>
    </w:p>
    <w:p>
      <w:pPr>
        <w:tabs>
          <w:tab w:pos="4876" w:val="left"/>
        </w:tabs>
        <w:spacing w:after="80"/>
      </w:pPr>
      <w:sdt>
        <w:sdtPr>
          <w:id w:val="153"/>
          <w:tag w:val="choice_153"/>
          <w:alias w:val="Doorsturen naar een bestaand CR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Doorsturen naar een bestaand CRM   </w:t>
      </w:r>
      <w:r>
        <w:tab/>
      </w:r>
      <w:sdt>
        <w:sdtPr>
          <w:id w:val="154"/>
          <w:tag w:val="choice_154"/>
          <w:alias w:val="Ik ontvang graag advi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Ik ontvang graag advies   </w:t>
      </w:r>
    </w:p>
    <w:p>
      <w:r>
        <w:rPr>
          <w:color w:val="555555"/>
          <w:sz w:val="18"/>
        </w:rPr>
        <w:t>Extra functies spreken we apart af. Bestaande tools kunt u bij de opmerkingen vermelden.</w:t>
      </w:r>
    </w:p>
    <w:p>
      <w:r>
        <w:br w:type="page"/>
      </w:r>
    </w:p>
    <w:p>
      <w:pPr>
        <w:pStyle w:val="Heading1"/>
      </w:pPr>
      <w:r>
        <w:t>Uw bedrijf en projectvoorbeelden</w:t>
      </w:r>
    </w:p>
    <w:p>
      <w:r>
        <w:t>Alleen invullen indien relevant. U kunt bestaande documenten toevoegen of “Samen bespreken” schrijven.</w:t>
      </w:r>
    </w:p>
    <w:p>
      <w:pPr>
        <w:keepNext/>
        <w:spacing w:before="140"/>
      </w:pPr>
      <w:r>
        <w:rPr>
          <w:b/>
        </w:rPr>
        <w:t>Welke sterke punten moeten wij benadrukken</w:t>
      </w:r>
    </w:p>
    <w:p>
      <w:pPr>
        <w:keepNext/>
      </w:pPr>
      <w:r>
        <w:rPr>
          <w:color w:val="555555"/>
          <w:sz w:val="18"/>
        </w:rPr>
        <w:t>Vink aan wat van toepassing is. Meerdere antwoorden zijn mogelijk.</w:t>
      </w:r>
    </w:p>
    <w:p>
      <w:pPr>
        <w:tabs>
          <w:tab w:pos="4876" w:val="left"/>
        </w:tabs>
        <w:spacing w:after="80"/>
      </w:pPr>
      <w:sdt>
        <w:sdtPr>
          <w:id w:val="155"/>
          <w:tag w:val="choice_155"/>
          <w:alias w:val="Ervari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Ervaring   </w:t>
      </w:r>
      <w:r>
        <w:tab/>
      </w:r>
      <w:sdt>
        <w:sdtPr>
          <w:id w:val="156"/>
          <w:tag w:val="choice_156"/>
          <w:alias w:val="Specialisati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Specialisatie   </w:t>
      </w:r>
    </w:p>
    <w:p>
      <w:pPr>
        <w:tabs>
          <w:tab w:pos="4876" w:val="left"/>
        </w:tabs>
        <w:spacing w:after="80"/>
      </w:pPr>
      <w:sdt>
        <w:sdtPr>
          <w:id w:val="157"/>
          <w:tag w:val="choice_157"/>
          <w:alias w:val="Persoonlijke begeleidi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Persoonlijke begeleiding   </w:t>
      </w:r>
      <w:r>
        <w:tab/>
      </w:r>
      <w:sdt>
        <w:sdtPr>
          <w:id w:val="158"/>
          <w:tag w:val="choice_158"/>
          <w:alias w:val="Betrouwbare afsprak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Betrouwbare afspraken   </w:t>
      </w:r>
    </w:p>
    <w:p>
      <w:pPr>
        <w:tabs>
          <w:tab w:pos="4876" w:val="left"/>
        </w:tabs>
        <w:spacing w:after="80"/>
      </w:pPr>
      <w:sdt>
        <w:sdtPr>
          <w:id w:val="159"/>
          <w:tag w:val="choice_159"/>
          <w:alias w:val="Flexibele afsprak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Flexibele afspraken   </w:t>
      </w:r>
      <w:r>
        <w:tab/>
      </w:r>
      <w:sdt>
        <w:sdtPr>
          <w:id w:val="160"/>
          <w:tag w:val="choice_160"/>
          <w:alias w:val="Oplossingen op maa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Oplossingen op maat   </w:t>
      </w:r>
    </w:p>
    <w:p>
      <w:pPr>
        <w:keepNext/>
        <w:spacing w:before="140"/>
      </w:pPr>
      <w:r>
        <w:rPr>
          <w:b/>
        </w:rPr>
        <w:t>Andere sterke punten of toelichting</w:t>
      </w:r>
    </w:p>
    <w:p>
      <w:pPr>
        <w:keepNext/>
      </w:pPr>
      <w:r>
        <w:rPr>
          <w:color w:val="555555"/>
          <w:sz w:val="18"/>
        </w:rPr>
        <w:t>U kunt eigen sterke punten of een korte toelichting toevoegen. Vink alleen aan wat klopt.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Andere sterke punten of toelichting"/>
                <w:tag w:val="answer_161"/>
                <w:id w:val="16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Wat wilt u over uw team vertellen</w:t>
      </w:r>
    </w:p>
    <w:p>
      <w:pPr>
        <w:keepNext/>
      </w:pPr>
      <w:r>
        <w:rPr>
          <w:color w:val="555555"/>
          <w:sz w:val="18"/>
        </w:rPr>
        <w:t>Indien relevant: namen, rollen of wie klanten begeleidt. U kunt een bestaande teamtekst meesturen.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wilt u over uw team vertellen"/>
                <w:tag w:val="answer_162"/>
                <w:id w:val="16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Hoe verloopt de samenwerking met uw klanten</w:t>
      </w:r>
    </w:p>
    <w:p>
      <w:pPr>
        <w:keepNext/>
      </w:pPr>
      <w:r>
        <w:rPr>
          <w:color w:val="555555"/>
          <w:sz w:val="18"/>
        </w:rPr>
        <w:t>Bijvoorbeeld aanvraag, bezoek, offerte en uitvoering.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Hoe verloopt de samenwerking met uw klanten"/>
                <w:tag w:val="answer_163"/>
                <w:id w:val="16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werkzaamheden of projecten wilt u laten zien</w:t>
      </w:r>
    </w:p>
    <w:p>
      <w:pPr>
        <w:keepNext/>
      </w:pPr>
      <w:r>
        <w:rPr>
          <w:color w:val="555555"/>
          <w:sz w:val="18"/>
        </w:rPr>
        <w:t>Een korte beschrijving met bijbehorende foto’s of maplinks. Vermeld geen vertrouwelijke klantgegevens.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werkzaamheden of projecten wilt u laten zien"/>
                <w:tag w:val="answer_164"/>
                <w:id w:val="16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Wat vragen klanten vaak voordat zij opdracht geven</w:t>
      </w:r>
    </w:p>
    <w:p>
      <w:pPr>
        <w:keepNext/>
      </w:pPr>
      <w:r>
        <w:rPr>
          <w:color w:val="555555"/>
          <w:sz w:val="18"/>
        </w:rPr>
        <w:t>Voeg indien mogelijk meteen uw korte antwoord toe.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vragen klanten vaak voordat zij opdracht geven"/>
                <w:tag w:val="answer_165"/>
                <w:id w:val="16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beoordelingen of bewijzen van ervaring mogen wij tonen</w:t>
      </w:r>
    </w:p>
    <w:p>
      <w:pPr>
        <w:keepNext/>
      </w:pPr>
      <w:r>
        <w:rPr>
          <w:color w:val="555555"/>
          <w:sz w:val="18"/>
        </w:rPr>
        <w:t>Bijvoorbeeld beoordelingen die u mag gebruiken, kwalificaties of certificaten. Links of bestanden zijn voldoende.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beoordelingen of bewijzen van ervaring mogen wij tonen"/>
                <w:tag w:val="answer_166"/>
                <w:id w:val="16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informatie heeft u nodig om op een aanvraag te reageren</w:t>
      </w:r>
    </w:p>
    <w:p>
      <w:pPr>
        <w:keepNext/>
      </w:pPr>
      <w:r>
        <w:rPr>
          <w:color w:val="555555"/>
          <w:sz w:val="18"/>
        </w:rPr>
        <w:t>Bijvoorbeeld de gewenste dienst, plaats en een korte omschrijving. We vragen alleen noodzakelijke gegevens.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informatie heeft u nodig om op een aanvraag te reageren"/>
                <w:tag w:val="answer_167"/>
                <w:id w:val="16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Vormgeving en beschikbare materialen</w:t>
      </w:r>
    </w:p>
    <w:p>
      <w:r>
        <w:t>Vink per rij aan wat van toepassing is. Als u hulp nodig heeft, bespreken we vooraf het werk en eventuele extra kosten.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531"/>
        <w:gridCol w:w="1757"/>
        <w:gridCol w:w="1757"/>
        <w:gridCol w:w="1531"/>
      </w:tblGrid>
      <w:tr>
        <w:trPr>
          <w:tblHeader/>
        </w:trP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Materiaal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Beschikbaar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Volgt later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Hulp nodig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Niet nodig</w:t>
            </w:r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Logo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8"/>
                <w:tag w:val="choice_168"/>
                <w:alias w:val="Logo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9"/>
                <w:tag w:val="choice_169"/>
                <w:alias w:val="Logo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0"/>
                <w:tag w:val="choice_170"/>
                <w:alias w:val="Logo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1"/>
                <w:tag w:val="choice_171"/>
                <w:alias w:val="Logo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Teksten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2"/>
                <w:tag w:val="choice_172"/>
                <w:alias w:val="Teksten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3"/>
                <w:tag w:val="choice_173"/>
                <w:alias w:val="Teksten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4"/>
                <w:tag w:val="choice_174"/>
                <w:alias w:val="Teksten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5"/>
                <w:tag w:val="choice_175"/>
                <w:alias w:val="Teksten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Foto’s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6"/>
                <w:tag w:val="choice_176"/>
                <w:alias w:val="Foto’s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7"/>
                <w:tag w:val="choice_177"/>
                <w:alias w:val="Foto’s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8"/>
                <w:tag w:val="choice_178"/>
                <w:alias w:val="Foto’s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9"/>
                <w:tag w:val="choice_179"/>
                <w:alias w:val="Foto’s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Projectvoorbeelden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0"/>
                <w:tag w:val="choice_180"/>
                <w:alias w:val="Projectvoorbeelden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1"/>
                <w:tag w:val="choice_181"/>
                <w:alias w:val="Projectvoorbeelden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2"/>
                <w:tag w:val="choice_182"/>
                <w:alias w:val="Projectvoorbeelden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3"/>
                <w:tag w:val="choice_183"/>
                <w:alias w:val="Projectvoorbeelden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Klantbeoordelingen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4"/>
                <w:tag w:val="choice_184"/>
                <w:alias w:val="Klantbeoordelingen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5"/>
                <w:tag w:val="choice_185"/>
                <w:alias w:val="Klantbeoordelingen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6"/>
                <w:tag w:val="choice_186"/>
                <w:alias w:val="Klantbeoordelingen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7"/>
                <w:tag w:val="choice_187"/>
                <w:alias w:val="Klantbeoordelingen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Impressum en privacytekst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8"/>
                <w:tag w:val="choice_188"/>
                <w:alias w:val="Impressum en privacytekst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9"/>
                <w:tag w:val="choice_189"/>
                <w:alias w:val="Impressum en privacytekst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90"/>
                <w:tag w:val="choice_190"/>
                <w:alias w:val="Impressum en privacytekst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91"/>
                <w:tag w:val="choice_191"/>
                <w:alias w:val="Impressum en privacytekst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Zijn er kleuren of huisstijlregels die we moeten behouden</w:t>
      </w:r>
    </w:p>
    <w:p>
      <w:pPr>
        <w:keepNext/>
      </w:pPr>
      <w:r>
        <w:rPr>
          <w:color w:val="555555"/>
          <w:sz w:val="18"/>
        </w:rPr>
        <w:t>Voeg uw logo of bestaande documenten toe. U kunt ook schrijven: “Graag een ontwerpvoorstel”.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Zijn er kleuren of huisstijlregels die we moeten behouden"/>
                <w:tag w:val="answer_192"/>
                <w:id w:val="19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Welke websites spreken u aan en wat vindt u er goed aan</w:t>
            </w:r>
          </w:p>
          <w:p>
            <w:pPr>
              <w:spacing w:after="0"/>
            </w:pPr>
            <w:sdt>
              <w:sdtPr>
                <w:alias w:val="Welke websites spreken u aan en wat vindt u er goed aan"/>
                <w:tag w:val="answer_193"/>
                <w:id w:val="19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Wat vindt u niet mooi of wilt u vermijden</w:t>
            </w:r>
          </w:p>
          <w:p>
            <w:pPr>
              <w:spacing w:after="0"/>
            </w:pPr>
            <w:sdt>
              <w:sdtPr>
                <w:alias w:val="Wat vindt u niet mooi of wilt u vermijden"/>
                <w:tag w:val="answer_194"/>
                <w:id w:val="19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Links zijn voldoende. Bijvoorbeeld kleuren, foto’s, overzicht of uitstraling.</w:t>
      </w:r>
    </w:p>
    <w:p>
      <w:pPr>
        <w:keepNext/>
        <w:spacing w:before="140"/>
      </w:pPr>
      <w:r>
        <w:rPr>
          <w:b/>
        </w:rPr>
        <w:t>Hoe wilt u uw klanten aanspreken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Hoe wilt u uw klanten aanspreken"/>
                <w:tag w:val="single_tone"/>
                <w:id w:val="195"/>
                <w:showingPlcHdr/>
                <w:dropDownList>
                  <w:listItem w:displayText="Maak een keuze" w:value="select"/>
                  <w:listItem w:displayText="Met u" w:value="formal"/>
                  <w:listItem w:displayText="Met je" w:value="informal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bedrijven in uw regio bieden vergelijkbare diensten aan</w:t>
      </w:r>
    </w:p>
    <w:p>
      <w:pPr>
        <w:keepNext/>
      </w:pPr>
      <w:r>
        <w:rPr>
          <w:color w:val="555555"/>
          <w:sz w:val="18"/>
        </w:rPr>
        <w:t>Optioneel. Namen of links zijn voldoende. Wij kopiëren geen teksten of ontwerpen van anderen.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bedrijven in uw regio bieden vergelijkbare diensten aan"/>
                <w:tag w:val="answer_196"/>
                <w:id w:val="19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Waar vinden wij uw materialen</w:t>
      </w:r>
    </w:p>
    <w:p>
      <w:pPr>
        <w:keepNext/>
      </w:pPr>
      <w:r>
        <w:rPr>
          <w:color w:val="555555"/>
          <w:sz w:val="18"/>
        </w:rPr>
        <w:t>Een link naar een gedeelde map of de namen van bijlagen. Vermeld geen wachtwoorden. Stuur alleen materiaal dat u mag gebruiken.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ar vinden wij uw materialen"/>
                <w:tag w:val="answer_197"/>
                <w:id w:val="19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Wanneer kunt u de ontbrekende materialen aanleveren</w:t>
      </w:r>
    </w:p>
    <w:p>
      <w:pPr>
        <w:keepNext/>
      </w:pPr>
      <w:r>
        <w:rPr>
          <w:color w:val="555555"/>
          <w:sz w:val="18"/>
        </w:rPr>
        <w:t>Een globale datum of “Samen plannen” is voldoende.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nneer kunt u de ontbrekende materialen aanleveren"/>
                <w:tag w:val="answer_198"/>
                <w:id w:val="19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Contactgegevens en voorbereiding van de start</w:t>
      </w:r>
    </w:p>
    <w:p>
      <w:pPr>
        <w:pStyle w:val="Heading2"/>
      </w:pPr>
      <w:r>
        <w:t>Welke contactgegevens moeten op uw website staan</w:t>
      </w:r>
    </w:p>
    <w:p>
      <w:r>
        <w:rPr>
          <w:color w:val="555555"/>
          <w:sz w:val="18"/>
        </w:rPr>
        <w:t>Vul alleen gegevens in die bezoekers mogen zien. Laat overbodige velden leeg.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746"/>
      </w:tblGrid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Telefoon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99"/>
                <w:id w:val="19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E-mail op de website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200"/>
                <w:id w:val="2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Adres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201"/>
                <w:id w:val="2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Openingstijden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202"/>
                <w:id w:val="2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Links naar sociale media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203"/>
                <w:id w:val="2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Op welk e-mailadres wilt u websiteaanvragen ontvangen</w:t>
            </w:r>
          </w:p>
          <w:p>
            <w:pPr>
              <w:spacing w:after="0"/>
            </w:pPr>
            <w:sdt>
              <w:sdtPr>
                <w:alias w:val="Op welk e-mailadres wilt u websiteaanvragen ontvangen"/>
                <w:tag w:val="answer_204"/>
                <w:id w:val="2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Heeft u al een domeinnaam en hostingprovider</w:t>
            </w:r>
          </w:p>
          <w:p>
            <w:pPr>
              <w:spacing w:after="0"/>
            </w:pPr>
            <w:sdt>
              <w:sdtPr>
                <w:alias w:val="Heeft u al een domeinnaam en hostingprovider"/>
                <w:tag w:val="answer_205"/>
                <w:id w:val="2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Vermeld domein en provider of schrijf “Graag hulp”. Vermeld geen wachtwoorden.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Hoofdtaal van de website</w:t>
            </w:r>
          </w:p>
          <w:p>
            <w:pPr>
              <w:spacing w:after="0"/>
            </w:pPr>
            <w:sdt>
              <w:sdtPr>
                <w:alias w:val="Hoofdtaal van de website"/>
                <w:tag w:val="answer_206"/>
                <w:id w:val="2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Gewenste startdatum</w:t>
            </w:r>
          </w:p>
          <w:p>
            <w:pPr>
              <w:spacing w:after="0"/>
            </w:pPr>
            <w:sdt>
              <w:sdtPr>
                <w:alias w:val="Gewenste startdatum"/>
                <w:tag w:val="answer_207"/>
                <w:id w:val="20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Vermeld één hoofdtaal. Extra taalversies en de kosten spreken we apart af.</w:t>
      </w:r>
    </w:p>
    <w:p>
      <w:r>
        <w:rPr>
          <w:color w:val="555555"/>
          <w:sz w:val="18"/>
        </w:rPr>
        <w:t>Een globale datum is voldoende. Vermeld een vaste aanleiding bij de opmerkingen.</w:t>
      </w:r>
    </w:p>
    <w:p>
      <w:pPr>
        <w:keepNext/>
        <w:spacing w:before="140"/>
      </w:pPr>
      <w:r>
        <w:rPr>
          <w:b/>
        </w:rPr>
        <w:t>Wie gaat de inhoud na de start bijwerken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ie gaat de inhoud na de start bijwerken"/>
                <w:tag w:val="single_maintenance"/>
                <w:id w:val="208"/>
                <w:showingPlcHdr/>
                <w:dropDownList>
                  <w:listItem w:displayText="Maak een keuze" w:value="select"/>
                  <w:listItem w:displayText="Ikzelf na uitleg" w:value="selfmanage"/>
                  <w:listItem w:displayText="Aboxon volgens aparte afspraak" w:value="agencycare"/>
                  <w:listItem w:displayText="Er zijn zelden wijzigingen nodig" w:value="rarechanges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Wat wilt u waarschijnlijk bijwerken</w:t>
            </w:r>
          </w:p>
          <w:p>
            <w:pPr>
              <w:spacing w:after="0"/>
            </w:pPr>
            <w:sdt>
              <w:sdtPr>
                <w:alias w:val="Wat wilt u waarschijnlijk bijwerken"/>
                <w:tag w:val="answer_209"/>
                <w:id w:val="2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Wie stemt de website met ons af</w:t>
            </w:r>
          </w:p>
          <w:p>
            <w:pPr>
              <w:spacing w:after="0"/>
            </w:pPr>
            <w:sdt>
              <w:sdtPr>
                <w:alias w:val="Wie stemt de website met ons af"/>
                <w:tag w:val="answer_210"/>
                <w:id w:val="2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Bijvoorbeeld projecten, diensten of openingstijden.</w:t>
      </w:r>
    </w:p>
    <w:p>
      <w:r>
        <w:rPr>
          <w:color w:val="555555"/>
          <w:sz w:val="18"/>
        </w:rPr>
        <w:t>Uzelf of een andere verantwoordelijke via wie wij feedback verzamelen.</w:t>
      </w:r>
    </w:p>
    <w:p>
      <w:pPr>
        <w:keepNext/>
        <w:spacing w:before="140"/>
      </w:pPr>
      <w:r>
        <w:rPr>
          <w:b/>
        </w:rPr>
        <w:t>Aanvullende wensen en opmerkingen</w:t>
      </w:r>
    </w:p>
    <w:p>
      <w:pPr>
        <w:keepNext/>
      </w:pPr>
      <w:r>
        <w:rPr>
          <w:color w:val="555555"/>
          <w:sz w:val="18"/>
        </w:rPr>
        <w:t>Bijzondere functies en extra talen spreken we apart af. Vermeld ook een vaste aanleiding voor de startdatum.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Aanvullende wensen en opmerkingen"/>
                <w:tag w:val="answer_211"/>
                <w:id w:val="21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pStyle w:val="Heading2"/>
      </w:pPr>
      <w:r>
        <w:t>Zo stuurt u ons uw briefing</w:t>
      </w:r>
    </w:p>
    <w:p>
      <w:r>
        <w:rPr>
          <w:color w:val="555555"/>
          <w:sz w:val="18"/>
        </w:rPr>
        <w:t>Sla het bestand op en stuur het naar office@aboxon-webkonzept.de of voeg het toe aan uw aanvraag op onze website. Daar kunt u één DOCX of PDF tot 5 MiB toevoegen. Stuur ander materiaal apart of als maplink.</w:t>
      </w:r>
    </w:p>
    <w:p>
      <w:r>
        <w:rPr>
          <w:color w:val="555555"/>
          <w:sz w:val="18"/>
        </w:rPr>
        <w:t>Wij bespreken open vragen en bevestigen de omvang in de offerte. De briefing alleen is geen opdracht.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077" w:bottom="907" w:left="107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Aboxon Webkonzept   ·   Premium   ·   office@aboxon-webkonzept.de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2000" cy="555848"/>
          <wp:docPr id="1" name="Picture 1" descr="Aboxon Webkonzept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oxon-logo-hon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5558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616"/>
      <w:sz w:val="22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6161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6161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00000"/>
    </w:rPr>
  </w:style>
  <w:style w:type="character" w:customStyle="1" w:styleId="FollowedHyperlink">
    <w:name w:val="FollowedHyperlink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333333"/>
      </a:dk2>
      <a:lt2>
        <a:srgbClr val="F4F4F4"/>
      </a:lt2>
      <a:accent1>
        <a:srgbClr val="666666"/>
      </a:accent1>
      <a:accent2>
        <a:srgbClr val="777777"/>
      </a:accent2>
      <a:accent3>
        <a:srgbClr val="888888"/>
      </a:accent3>
      <a:accent4>
        <a:srgbClr val="999999"/>
      </a:accent4>
      <a:accent5>
        <a:srgbClr val="AAAAAA"/>
      </a:accent5>
      <a:accent6>
        <a:srgbClr val="BBBBBB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Briefing voor uw website Premium</dc:title>
  <dc:subject>Briefing voor uw website</dc:subject>
  <dc:creator>Aboxon Webkonzept</dc:creator>
  <cp:keywords>Briefing Premium nl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