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Website Briefing</w:t>
      </w:r>
    </w:p>
    <w:p>
      <w:pPr>
        <w:pStyle w:val="Heading2"/>
      </w:pPr>
      <w:r>
        <w:t>Premium</w:t>
      </w:r>
    </w:p>
    <w:p>
      <w:r>
        <w:t>Helfen Sie uns, Ihr Unternehmen und Ihre Wünsche zu verstehen. Kurze Antworten reichen aus. Offene Punkte klären wir gemeinsam.</w:t>
      </w:r>
    </w:p>
    <w:p>
      <w:r>
        <w:rPr>
          <w:color w:val="555555"/>
          <w:sz w:val="18"/>
        </w:rPr>
        <w:t>Antwortfelder anklicken, Kästchen markieren und Listen öffnen. Auf Papier können Sie Ihre Auswahl eintragen. Vorhandene Unterlagen dürfen Antworten ersetzen.</w:t>
      </w:r>
    </w:p>
    <w:p>
      <w:r>
        <w:rPr>
          <w:color w:val="555555"/>
          <w:sz w:val="18"/>
        </w:rPr>
        <w:t>Mit * markierte Angaben brauchen wir für die erste Rückmeldung. Alles Weitere ist freiwillig. Wenn unklar, wählen Sie Beratung oder lassen das Feld offen.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Ihr Name *</w:t>
            </w:r>
          </w:p>
          <w:p>
            <w:pPr>
              <w:spacing w:after="0"/>
            </w:pPr>
            <w:sdt>
              <w:sdtPr>
                <w:alias w:val="Ihr Name *"/>
                <w:tag w:val="answer_100"/>
                <w:id w:val="100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Ihre E-Mail für Rückfragen *</w:t>
            </w:r>
          </w:p>
          <w:p>
            <w:pPr>
              <w:spacing w:after="0"/>
            </w:pPr>
            <w:sdt>
              <w:sdtPr>
                <w:alias w:val="Ihre E-Mail für Rückfragen *"/>
                <w:tag w:val="answer_101"/>
                <w:id w:val="101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p>
      <w:pPr>
        <w:spacing w:after="0" w:line="8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Name des Unternehmens oder der Marke</w:t>
            </w:r>
          </w:p>
          <w:p>
            <w:pPr>
              <w:spacing w:after="0"/>
            </w:pPr>
            <w:sdt>
              <w:sdtPr>
                <w:alias w:val="Name des Unternehmens oder der Marke"/>
                <w:tag w:val="answer_102"/>
                <w:id w:val="102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Ihre Telefonnummer freiwillig</w:t>
            </w:r>
          </w:p>
          <w:p>
            <w:pPr>
              <w:spacing w:after="0"/>
            </w:pPr>
            <w:sdt>
              <w:sdtPr>
                <w:alias w:val="Ihre Telefonnummer freiwillig"/>
                <w:tag w:val="answer_103"/>
                <w:id w:val="103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Ihre persönlichen Kontaktdaten werden nicht automatisch auf der Website gezeigt.</w:t>
      </w:r>
    </w:p>
    <w:p>
      <w:pPr>
        <w:keepNext/>
        <w:spacing w:before="140"/>
      </w:pPr>
      <w:r>
        <w:rPr>
          <w:b/>
        </w:rPr>
        <w:t>Was bieten Sie an *</w:t>
      </w:r>
    </w:p>
    <w:p>
      <w:pPr>
        <w:keepNext/>
      </w:pPr>
      <w:r>
        <w:rPr>
          <w:color w:val="555555"/>
          <w:sz w:val="18"/>
        </w:rPr>
        <w:t>Zum Beispiel Wohnungsrenovierung für Privatkunden. Stichpunkte genügen.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as bieten Sie an *"/>
                <w:tag w:val="answer_104"/>
                <w:id w:val="104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In welcher Region arbeiten Sie</w:t>
            </w:r>
          </w:p>
          <w:p>
            <w:pPr>
              <w:spacing w:after="0"/>
            </w:pPr>
            <w:sdt>
              <w:sdtPr>
                <w:alias w:val="In welcher Region arbeiten Sie"/>
                <w:tag w:val="answer_105"/>
                <w:id w:val="105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Wer sind Ihre Kunden</w:t>
            </w:r>
          </w:p>
          <w:p>
            <w:pPr>
              <w:spacing w:after="0"/>
            </w:pPr>
            <w:sdt>
              <w:sdtPr>
                <w:alias w:val="Wer sind Ihre Kunden"/>
                <w:tag w:val="answer_106"/>
                <w:id w:val="106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p>
      <w:pPr>
        <w:spacing w:after="0" w:line="80" w:lineRule="exact"/>
      </w:pPr>
    </w:p>
    <w:p>
      <w:pPr>
        <w:keepNext/>
        <w:spacing w:before="140"/>
      </w:pPr>
      <w:r>
        <w:rPr>
          <w:b/>
        </w:rPr>
        <w:t>Was ist das wichtigste Ziel der Website *</w:t>
      </w:r>
    </w:p>
    <w:p>
      <w:pPr>
        <w:keepNext/>
      </w:pPr>
      <w:r>
        <w:rPr>
          <w:color w:val="555555"/>
          <w:sz w:val="18"/>
        </w:rPr>
        <w:t>Bitte genau eine Antwort aus der Liste auswählen. Auf Papier die Antwort eintragen.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Was ist das wichtigste Ziel der Website *"/>
                <w:tag w:val="single_goal"/>
                <w:id w:val="107"/>
                <w:showingPlcHdr/>
                <w:dropDownList>
                  <w:listItem w:displayText="Bitte auswählen" w:value="select"/>
                  <w:listItem w:displayText="Anrufen" w:value="call"/>
                  <w:listItem w:displayText="Eine Anfrage senden" w:value="enquiry"/>
                  <w:listItem w:displayText="Eine E-Mail schreiben" w:value="email"/>
                  <w:listItem w:displayText="Leistungen und Arbeiten ansehen" w:value="view"/>
                  <w:listItem w:displayText="Anderes" w:value="other"/>
                  <w:listItem w:displayText="Bitte beraten Sie mich" w:value="help"/>
                </w:dropDownList>
              </w:sdtPr>
              <w:sdtContent>
                <w:r>
                  <w:rPr>
                    <w:color w:val="777777"/>
                  </w:rPr>
                  <w:t>Bitte auswählen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Was möchten Sie mit dem Projekt erreichen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Was möchten Sie mit dem Projekt erreichen"/>
                <w:tag w:val="single_projecttype"/>
                <w:id w:val="108"/>
                <w:showingPlcHdr/>
                <w:dropDownList>
                  <w:listItem w:displayText="Bitte auswählen" w:value="select"/>
                  <w:listItem w:displayText="Meine erste Website erstellen" w:value="firstsite"/>
                  <w:listItem w:displayText="Eine bestehende Website neu gestalten" w:value="replace"/>
                  <w:listItem w:displayText="Eine bestehende Website gezielt verbessern" w:value="improve"/>
                  <w:listItem w:displayText="Bitte beraten Sie mich" w:value="help"/>
                </w:dropDownList>
              </w:sdtPr>
              <w:sdtContent>
                <w:r>
                  <w:rPr>
                    <w:color w:val="777777"/>
                  </w:rPr>
                  <w:t>Bitte auswählen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Link zu Ihrer bestehenden Website falls vorhanden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Link zu Ihrer bestehenden Website falls vorhanden"/>
                <w:tag w:val="answer_109"/>
                <w:id w:val="109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Was soll vom bestehenden Auftritt bleiben oder geändert werden</w:t>
      </w:r>
    </w:p>
    <w:p>
      <w:pPr>
        <w:keepNext/>
      </w:pPr>
      <w:r>
        <w:rPr>
          <w:color w:val="555555"/>
          <w:sz w:val="18"/>
        </w:rPr>
        <w:t>Nur bei bestehender Website. Zum Beispiel Logo, Fotos, Texte, Seiten oder bestimmte Funktionen.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as soll vom bestehenden Auftritt bleiben oder geändert werden"/>
                <w:tag w:val="answer_110"/>
                <w:id w:val="110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p>
      <w:r>
        <w:br w:type="page"/>
      </w:r>
    </w:p>
    <w:p>
      <w:pPr>
        <w:pStyle w:val="Heading1"/>
      </w:pPr>
      <w:r>
        <w:t>Seiten und Leistungen</w:t>
      </w:r>
    </w:p>
    <w:p>
      <w:r>
        <w:t>Bis zu 12 Hauptseiten. Impressum und Datenschutzerklärung zählen nicht mit. Sie müssen nicht alle Seiten nutzen. Die endgültige Struktur stimmen wir gemeinsam ab.</w:t>
      </w:r>
    </w:p>
    <w:p>
      <w:pPr>
        <w:keepNext/>
        <w:spacing w:before="140"/>
      </w:pPr>
      <w:r>
        <w:rPr>
          <w:b/>
        </w:rPr>
        <w:t>Welche Seiten wünschen Sie sich</w:t>
      </w:r>
    </w:p>
    <w:p>
      <w:pPr>
        <w:keepNext/>
      </w:pPr>
      <w:r>
        <w:rPr>
          <w:color w:val="555555"/>
          <w:sz w:val="18"/>
        </w:rPr>
        <w:t>Bitte passende Antworten markieren. Mehrere Antworten sind möglich.</w:t>
      </w:r>
    </w:p>
    <w:p>
      <w:pPr>
        <w:tabs>
          <w:tab w:pos="4876" w:val="left"/>
        </w:tabs>
        <w:spacing w:after="80"/>
      </w:pPr>
      <w:sdt>
        <w:sdtPr>
          <w:id w:val="111"/>
          <w:tag w:val="choice_111"/>
          <w:alias w:val="Startseite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Startseite   </w:t>
      </w:r>
      <w:r>
        <w:tab/>
      </w:r>
      <w:sdt>
        <w:sdtPr>
          <w:id w:val="112"/>
          <w:tag w:val="choice_112"/>
          <w:alias w:val="Über uns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Über uns   </w:t>
      </w:r>
    </w:p>
    <w:p>
      <w:pPr>
        <w:tabs>
          <w:tab w:pos="4876" w:val="left"/>
        </w:tabs>
        <w:spacing w:after="80"/>
      </w:pPr>
      <w:sdt>
        <w:sdtPr>
          <w:id w:val="113"/>
          <w:tag w:val="choice_113"/>
          <w:alias w:val="Leistungen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Leistungen   </w:t>
      </w:r>
      <w:r>
        <w:tab/>
      </w:r>
      <w:sdt>
        <w:sdtPr>
          <w:id w:val="114"/>
          <w:tag w:val="choice_114"/>
          <w:alias w:val="Unsere Arbeiten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Unsere Arbeiten   </w:t>
      </w:r>
    </w:p>
    <w:p>
      <w:pPr>
        <w:tabs>
          <w:tab w:pos="4876" w:val="left"/>
        </w:tabs>
        <w:spacing w:after="80"/>
      </w:pPr>
      <w:sdt>
        <w:sdtPr>
          <w:id w:val="115"/>
          <w:tag w:val="choice_115"/>
          <w:alias w:val="Kontakt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Kontakt   </w:t>
      </w:r>
      <w:r>
        <w:tab/>
      </w:r>
      <w:sdt>
        <w:sdtPr>
          <w:id w:val="116"/>
          <w:tag w:val="choice_116"/>
          <w:alias w:val="Team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Team   </w:t>
      </w:r>
    </w:p>
    <w:p>
      <w:pPr>
        <w:tabs>
          <w:tab w:pos="4876" w:val="left"/>
        </w:tabs>
        <w:spacing w:after="80"/>
      </w:pPr>
      <w:sdt>
        <w:sdtPr>
          <w:id w:val="117"/>
          <w:tag w:val="choice_117"/>
          <w:alias w:val="Häufige Fragen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Häufige Fragen   </w:t>
      </w:r>
      <w:r>
        <w:tab/>
      </w:r>
      <w:sdt>
        <w:sdtPr>
          <w:id w:val="118"/>
          <w:tag w:val="choice_118"/>
          <w:alias w:val="Bitte schlagen Sie eine Struktur vor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Bitte schlagen Sie eine Struktur vor   </w:t>
      </w:r>
    </w:p>
    <w:p>
      <w:pPr>
        <w:pStyle w:val="Heading2"/>
      </w:pPr>
      <w:r>
        <w:t>Welche Leistungen bieten Sie an</w:t>
      </w:r>
    </w:p>
    <w:p>
      <w:r>
        <w:rPr>
          <w:color w:val="555555"/>
          <w:sz w:val="18"/>
        </w:rPr>
        <w:t>Beschreiben Sie Ihr Angebot kurz. Weitere Zeilen können Sie ergänzen oder vorhandene Leistungsbeschreibungen beifügen.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48"/>
        <w:gridCol w:w="6803"/>
      </w:tblGrid>
      <w:tr>
        <w:trPr>
          <w:tblHeader/>
        </w:trPr>
        <w:tc>
          <w:tcPr>
            <w:tcW w:type="dxa" w:w="2948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Leistung</w:t>
            </w:r>
          </w:p>
        </w:tc>
        <w:tc>
          <w:tcPr>
            <w:tcW w:type="dxa" w:w="6803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Was ist enthalten und für wen ist die Leistung gedacht</w:t>
            </w:r>
          </w:p>
        </w:tc>
      </w:tr>
      <w:tr>
        <w:tc>
          <w:tcPr>
            <w:tcW w:type="dxa" w:w="2948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Ihre Antwort"/>
                <w:tag w:val="answer_119"/>
                <w:id w:val="119"/>
                <w:text w:multiLine="1"/>
                <w:showingPlcHdr/>
              </w:sdtPr>
              <w:sdtContent>
                <w:r>
                  <w:rPr>
                    <w:color w:val="777777"/>
                  </w:rPr>
                  <w:t>Ihre Antwort</w:t>
                </w:r>
              </w:sdtContent>
            </w:sdt>
          </w:p>
        </w:tc>
        <w:tc>
          <w:tcPr>
            <w:tcW w:type="dxa" w:w="6803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Ihre Antwort"/>
                <w:tag w:val="answer_120"/>
                <w:id w:val="120"/>
                <w:text w:multiLine="1"/>
                <w:showingPlcHdr/>
              </w:sdtPr>
              <w:sdtContent>
                <w:r>
                  <w:rPr>
                    <w:color w:val="777777"/>
                  </w:rPr>
                  <w:t>Ihre Antwort</w:t>
                </w:r>
              </w:sdtContent>
            </w:sdt>
          </w:p>
        </w:tc>
      </w:tr>
      <w:tr>
        <w:tc>
          <w:tcPr>
            <w:tcW w:type="dxa" w:w="2948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Ihre Antwort"/>
                <w:tag w:val="answer_121"/>
                <w:id w:val="121"/>
                <w:text w:multiLine="1"/>
                <w:showingPlcHdr/>
              </w:sdtPr>
              <w:sdtContent>
                <w:r>
                  <w:rPr>
                    <w:color w:val="777777"/>
                  </w:rPr>
                  <w:t>Ihre Antwort</w:t>
                </w:r>
              </w:sdtContent>
            </w:sdt>
          </w:p>
        </w:tc>
        <w:tc>
          <w:tcPr>
            <w:tcW w:type="dxa" w:w="6803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Ihre Antwort"/>
                <w:tag w:val="answer_122"/>
                <w:id w:val="122"/>
                <w:text w:multiLine="1"/>
                <w:showingPlcHdr/>
              </w:sdtPr>
              <w:sdtContent>
                <w:r>
                  <w:rPr>
                    <w:color w:val="777777"/>
                  </w:rPr>
                  <w:t>Ihre Antwort</w:t>
                </w:r>
              </w:sdtContent>
            </w:sdt>
          </w:p>
        </w:tc>
      </w:tr>
      <w:tr>
        <w:tc>
          <w:tcPr>
            <w:tcW w:type="dxa" w:w="2948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Ihre Antwort"/>
                <w:tag w:val="answer_123"/>
                <w:id w:val="123"/>
                <w:text w:multiLine="1"/>
                <w:showingPlcHdr/>
              </w:sdtPr>
              <w:sdtContent>
                <w:r>
                  <w:rPr>
                    <w:color w:val="777777"/>
                  </w:rPr>
                  <w:t>Ihre Antwort</w:t>
                </w:r>
              </w:sdtContent>
            </w:sdt>
          </w:p>
        </w:tc>
        <w:tc>
          <w:tcPr>
            <w:tcW w:type="dxa" w:w="6803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Ihre Antwort"/>
                <w:tag w:val="answer_124"/>
                <w:id w:val="124"/>
                <w:text w:multiLine="1"/>
                <w:showingPlcHdr/>
              </w:sdtPr>
              <w:sdtContent>
                <w:r>
                  <w:rPr>
                    <w:color w:val="777777"/>
                  </w:rPr>
                  <w:t>Ihre Antwort</w:t>
                </w:r>
              </w:sdtContent>
            </w:sdt>
          </w:p>
        </w:tc>
      </w:tr>
      <w:tr>
        <w:tc>
          <w:tcPr>
            <w:tcW w:type="dxa" w:w="2948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Ihre Antwort"/>
                <w:tag w:val="answer_125"/>
                <w:id w:val="125"/>
                <w:text w:multiLine="1"/>
                <w:showingPlcHdr/>
              </w:sdtPr>
              <w:sdtContent>
                <w:r>
                  <w:rPr>
                    <w:color w:val="777777"/>
                  </w:rPr>
                  <w:t>Ihre Antwort</w:t>
                </w:r>
              </w:sdtContent>
            </w:sdt>
          </w:p>
        </w:tc>
        <w:tc>
          <w:tcPr>
            <w:tcW w:type="dxa" w:w="6803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Ihre Antwort"/>
                <w:tag w:val="answer_126"/>
                <w:id w:val="126"/>
                <w:text w:multiLine="1"/>
                <w:showingPlcHdr/>
              </w:sdtPr>
              <w:sdtContent>
                <w:r>
                  <w:rPr>
                    <w:color w:val="777777"/>
                  </w:rPr>
                  <w:t>Ihre Antwort</w:t>
                </w:r>
              </w:sdtContent>
            </w:sdt>
          </w:p>
        </w:tc>
      </w:tr>
      <w:tr>
        <w:tc>
          <w:tcPr>
            <w:tcW w:type="dxa" w:w="2948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Ihre Antwort"/>
                <w:tag w:val="answer_127"/>
                <w:id w:val="127"/>
                <w:text w:multiLine="1"/>
                <w:showingPlcHdr/>
              </w:sdtPr>
              <w:sdtContent>
                <w:r>
                  <w:rPr>
                    <w:color w:val="777777"/>
                  </w:rPr>
                  <w:t>Ihre Antwort</w:t>
                </w:r>
              </w:sdtContent>
            </w:sdt>
          </w:p>
        </w:tc>
        <w:tc>
          <w:tcPr>
            <w:tcW w:type="dxa" w:w="6803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Ihre Antwort"/>
                <w:tag w:val="answer_128"/>
                <w:id w:val="128"/>
                <w:text w:multiLine="1"/>
                <w:showingPlcHdr/>
              </w:sdtPr>
              <w:sdtContent>
                <w:r>
                  <w:rPr>
                    <w:color w:val="777777"/>
                  </w:rPr>
                  <w:t>Ihre Antwort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Welche Leistungen sollen eine eigene Seite bekommen</w:t>
      </w:r>
    </w:p>
    <w:p>
      <w:pPr>
        <w:keepNext/>
      </w:pPr>
      <w:r>
        <w:rPr>
          <w:color w:val="555555"/>
          <w:sz w:val="18"/>
        </w:rPr>
        <w:t>Die Seiten zählen zum Paketumfang. Sie können auch „Bitte vorschlagen“ eintragen.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elche Leistungen sollen eine eigene Seite bekommen"/>
                <w:tag w:val="answer_129"/>
                <w:id w:val="129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Welche Möglichkeiten wünschen Sie sich</w:t>
      </w:r>
    </w:p>
    <w:p>
      <w:pPr>
        <w:keepNext/>
      </w:pPr>
      <w:r>
        <w:rPr>
          <w:color w:val="555555"/>
          <w:sz w:val="18"/>
        </w:rPr>
        <w:t>Bitte passende Antworten markieren. Mehrere Antworten sind möglich.</w:t>
      </w:r>
    </w:p>
    <w:p>
      <w:pPr>
        <w:tabs>
          <w:tab w:pos="4876" w:val="left"/>
        </w:tabs>
        <w:spacing w:after="80"/>
      </w:pPr>
      <w:sdt>
        <w:sdtPr>
          <w:id w:val="130"/>
          <w:tag w:val="choice_130"/>
          <w:alias w:val="Bildergalerie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Bildergalerie   </w:t>
      </w:r>
      <w:r>
        <w:tab/>
      </w:r>
      <w:sdt>
        <w:sdtPr>
          <w:id w:val="131"/>
          <w:tag w:val="choice_131"/>
          <w:alias w:val="Karte und Anfahrt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Karte und Anfahrt   </w:t>
      </w:r>
    </w:p>
    <w:p>
      <w:pPr>
        <w:tabs>
          <w:tab w:pos="4876" w:val="left"/>
        </w:tabs>
        <w:spacing w:after="80"/>
      </w:pPr>
      <w:sdt>
        <w:sdtPr>
          <w:id w:val="132"/>
          <w:tag w:val="choice_132"/>
          <w:alias w:val="Dokumente zum Herunterladen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Dokumente zum Herunterladen   </w:t>
      </w:r>
      <w:r>
        <w:tab/>
      </w:r>
      <w:sdt>
        <w:sdtPr>
          <w:id w:val="133"/>
          <w:tag w:val="choice_133"/>
          <w:alias w:val="WhatsApp oder Social Media Link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WhatsApp oder Social Media Link   </w:t>
      </w:r>
    </w:p>
    <w:p>
      <w:pPr>
        <w:tabs>
          <w:tab w:pos="4876" w:val="left"/>
        </w:tabs>
        <w:spacing w:after="80"/>
      </w:pPr>
      <w:sdt>
        <w:sdtPr>
          <w:id w:val="134"/>
          <w:tag w:val="choice_134"/>
          <w:alias w:val="Link zu vorhandener Terminbuchung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Link zu vorhandener Terminbuchung   </w:t>
      </w:r>
      <w:r>
        <w:tab/>
      </w:r>
      <w:sdt>
        <w:sdtPr>
          <w:id w:val="135"/>
          <w:tag w:val="choice_135"/>
          <w:alias w:val="Datei an eine Anfrage anhängen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Datei an eine Anfrage anhängen   </w:t>
      </w:r>
    </w:p>
    <w:p>
      <w:pPr>
        <w:tabs>
          <w:tab w:pos="4876" w:val="left"/>
        </w:tabs>
        <w:spacing w:after="80"/>
      </w:pPr>
      <w:sdt>
        <w:sdtPr>
          <w:id w:val="136"/>
          <w:tag w:val="choice_136"/>
          <w:alias w:val="Weitere Sprachen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Weitere Sprachen   </w:t>
      </w:r>
      <w:r>
        <w:tab/>
      </w:r>
      <w:sdt>
        <w:sdtPr>
          <w:id w:val="137"/>
          <w:tag w:val="choice_137"/>
          <w:alias w:val="Bitte beraten Sie mich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Bitte beraten Sie mich   </w:t>
      </w:r>
    </w:p>
    <w:p>
      <w:r>
        <w:rPr>
          <w:color w:val="555555"/>
          <w:sz w:val="18"/>
        </w:rPr>
        <w:t>Bitte Wünsche markieren. Die Auswahl ist keine Buchung; Umfang und mögliche Zusatzkosten bestätigen wir vorab im Angebot.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Zum Start unverzichtbar</w:t>
            </w:r>
          </w:p>
          <w:p>
            <w:pPr>
              <w:spacing w:after="0"/>
            </w:pPr>
            <w:sdt>
              <w:sdtPr>
                <w:alias w:val="Zum Start unverzichtbar"/>
                <w:tag w:val="answer_138"/>
                <w:id w:val="138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Kann später folgen</w:t>
            </w:r>
          </w:p>
          <w:p>
            <w:pPr>
              <w:spacing w:after="0"/>
            </w:pPr>
            <w:sdt>
              <w:sdtPr>
                <w:alias w:val="Kann später folgen"/>
                <w:tag w:val="answer_139"/>
                <w:id w:val="139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Zum Beispiel Funktionen, Inhalte oder weitere Seiten. Unbekannte Punkte dürfen offen bleiben.</w:t>
      </w:r>
    </w:p>
    <w:p>
      <w:r>
        <w:br w:type="page"/>
      </w:r>
    </w:p>
    <w:p>
      <w:pPr>
        <w:pStyle w:val="Heading1"/>
      </w:pPr>
      <w:r>
        <w:t>Ihre wichtigsten Leistungen im Detail</w:t>
      </w:r>
    </w:p>
    <w:p>
      <w:r>
        <w:t>Beschreiben Sie hier eine besonders wichtige Leistung. Für die übrigen nutzen wir Ihre Leistungsliste und vorhandene Unterlagen. Sie müssen keine Abschnitte kopieren; offene Fragen besprechen wir.</w:t>
      </w:r>
    </w:p>
    <w:p>
      <w:pPr>
        <w:keepNext/>
        <w:spacing w:before="140"/>
      </w:pPr>
      <w:r>
        <w:rPr>
          <w:b/>
        </w:rPr>
        <w:t>Welche Leistung sollen wir besonders hervorheben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elche Leistung sollen wir besonders hervorheben"/>
                <w:tag w:val="answer_140"/>
                <w:id w:val="140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Mit welcher Aufgabe oder welchem Problem kommen Kunden zu Ihnen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Mit welcher Aufgabe oder welchem Problem kommen Kunden zu Ihnen"/>
                <w:tag w:val="answer_141"/>
                <w:id w:val="141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Was gehört zu dieser Leistung und was wird separat vereinbart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as gehört zu dieser Leistung und was wird separat vereinbart"/>
                <w:tag w:val="answer_142"/>
                <w:id w:val="142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Was sollten Kunden vor der Anfrage wissen</w:t>
      </w:r>
    </w:p>
    <w:p>
      <w:pPr>
        <w:keepNext/>
      </w:pPr>
      <w:r>
        <w:rPr>
          <w:color w:val="555555"/>
          <w:sz w:val="18"/>
        </w:rPr>
        <w:t>Zum Beispiel Voraussetzungen, Ablauf sowie Faktoren, die Dauer oder Preis beeinflussen. Keine festen Preise erforderlich.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as sollten Kunden vor der Anfrage wissen"/>
                <w:tag w:val="answer_143"/>
                <w:id w:val="143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Welches Projekt oder welche Erfahrung passt zu dieser Leistung</w:t>
      </w:r>
    </w:p>
    <w:p>
      <w:pPr>
        <w:keepNext/>
      </w:pPr>
      <w:r>
        <w:rPr>
          <w:color w:val="555555"/>
          <w:sz w:val="18"/>
        </w:rPr>
        <w:t>Aufgabe des Kunden, Ihre Arbeit und freigegebene Fotos. Ergebnisse nur nennen, wenn sie belegt sind.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elches Projekt oder welche Erfahrung passt zu dieser Leistung"/>
                <w:tag w:val="answer_144"/>
                <w:id w:val="144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Wie finden Kunden Ihr Unternehmen bisher</w:t>
      </w:r>
    </w:p>
    <w:p>
      <w:pPr>
        <w:keepNext/>
      </w:pPr>
      <w:r>
        <w:rPr>
          <w:color w:val="555555"/>
          <w:sz w:val="18"/>
        </w:rPr>
        <w:t>Bitte passende Antworten markieren. Mehrere Antworten sind möglich.</w:t>
      </w:r>
    </w:p>
    <w:p>
      <w:pPr>
        <w:tabs>
          <w:tab w:pos="4876" w:val="left"/>
        </w:tabs>
        <w:spacing w:after="80"/>
      </w:pPr>
      <w:sdt>
        <w:sdtPr>
          <w:id w:val="145"/>
          <w:tag w:val="choice_145"/>
          <w:alias w:val="Google oder andere Suchmaschinen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Google oder andere Suchmaschinen   </w:t>
      </w:r>
      <w:r>
        <w:tab/>
      </w:r>
      <w:sdt>
        <w:sdtPr>
          <w:id w:val="146"/>
          <w:tag w:val="choice_146"/>
          <w:alias w:val="Empfehlungen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Empfehlungen   </w:t>
      </w:r>
    </w:p>
    <w:p>
      <w:pPr>
        <w:tabs>
          <w:tab w:pos="4876" w:val="left"/>
        </w:tabs>
        <w:spacing w:after="80"/>
      </w:pPr>
      <w:sdt>
        <w:sdtPr>
          <w:id w:val="147"/>
          <w:tag w:val="choice_147"/>
          <w:alias w:val="Social Media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Social Media   </w:t>
      </w:r>
      <w:r>
        <w:tab/>
      </w:r>
      <w:sdt>
        <w:sdtPr>
          <w:id w:val="148"/>
          <w:tag w:val="choice_148"/>
          <w:alias w:val="Werbung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Werbung   </w:t>
      </w:r>
    </w:p>
    <w:p>
      <w:pPr>
        <w:tabs>
          <w:tab w:pos="4876" w:val="left"/>
        </w:tabs>
        <w:spacing w:after="80"/>
      </w:pPr>
      <w:sdt>
        <w:sdtPr>
          <w:id w:val="149"/>
          <w:tag w:val="choice_149"/>
          <w:alias w:val="Bitte beraten Sie mich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Bitte beraten Sie mich   </w:t>
      </w:r>
      <w:r>
        <w:tab/>
      </w:r>
      <w:sdt>
        <w:sdtPr>
          <w:id w:val="150"/>
          <w:tag w:val="choice_150"/>
          <w:alias w:val="Anderes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Anderes   </w:t>
      </w:r>
    </w:p>
    <w:p>
      <w:pPr>
        <w:keepNext/>
        <w:spacing w:before="140"/>
      </w:pPr>
      <w:r>
        <w:rPr>
          <w:b/>
        </w:rPr>
        <w:t>Was wünschen Sie nach Eingang einer Anfrage</w:t>
      </w:r>
    </w:p>
    <w:p>
      <w:pPr>
        <w:keepNext/>
      </w:pPr>
      <w:r>
        <w:rPr>
          <w:color w:val="555555"/>
          <w:sz w:val="18"/>
        </w:rPr>
        <w:t>Bitte passende Antworten markieren. Mehrere Antworten sind möglich.</w:t>
      </w:r>
    </w:p>
    <w:p>
      <w:pPr>
        <w:tabs>
          <w:tab w:pos="4876" w:val="left"/>
        </w:tabs>
        <w:spacing w:after="80"/>
      </w:pPr>
      <w:sdt>
        <w:sdtPr>
          <w:id w:val="151"/>
          <w:tag w:val="choice_151"/>
          <w:alias w:val="E-Mail an mich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E-Mail an mich   </w:t>
      </w:r>
      <w:r>
        <w:tab/>
      </w:r>
      <w:sdt>
        <w:sdtPr>
          <w:id w:val="152"/>
          <w:tag w:val="choice_152"/>
          <w:alias w:val="Eingangsbestätigung für den Kunden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Eingangsbestätigung für den Kunden   </w:t>
      </w:r>
    </w:p>
    <w:p>
      <w:pPr>
        <w:tabs>
          <w:tab w:pos="4876" w:val="left"/>
        </w:tabs>
        <w:spacing w:after="80"/>
      </w:pPr>
      <w:sdt>
        <w:sdtPr>
          <w:id w:val="153"/>
          <w:tag w:val="choice_153"/>
          <w:alias w:val="Übergabe an ein vorhandenes CRM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Übergabe an ein vorhandenes CRM   </w:t>
      </w:r>
      <w:r>
        <w:tab/>
      </w:r>
      <w:sdt>
        <w:sdtPr>
          <w:id w:val="154"/>
          <w:tag w:val="choice_154"/>
          <w:alias w:val="Bitte beraten Sie mich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Bitte beraten Sie mich   </w:t>
      </w:r>
    </w:p>
    <w:p>
      <w:r>
        <w:rPr>
          <w:color w:val="555555"/>
          <w:sz w:val="18"/>
        </w:rPr>
        <w:t>Zusatzfunktionen stimmen wir gesondert ab. Vorhandene Tools können Sie unter den Ergänzungen nennen.</w:t>
      </w:r>
    </w:p>
    <w:p>
      <w:r>
        <w:br w:type="page"/>
      </w:r>
    </w:p>
    <w:p>
      <w:pPr>
        <w:pStyle w:val="Heading1"/>
      </w:pPr>
      <w:r>
        <w:t>Unternehmen und Arbeitsbeispiele</w:t>
      </w:r>
    </w:p>
    <w:p>
      <w:r>
        <w:t>Nur ausfüllen, wenn passend. Sie können vorhandene Unterlagen beifügen oder „Bitte gemeinsam klären“ schreiben.</w:t>
      </w:r>
    </w:p>
    <w:p>
      <w:pPr>
        <w:keepNext/>
        <w:spacing w:before="140"/>
      </w:pPr>
      <w:r>
        <w:rPr>
          <w:b/>
        </w:rPr>
        <w:t>Welche Stärken sollen wir hervorheben</w:t>
      </w:r>
    </w:p>
    <w:p>
      <w:pPr>
        <w:keepNext/>
      </w:pPr>
      <w:r>
        <w:rPr>
          <w:color w:val="555555"/>
          <w:sz w:val="18"/>
        </w:rPr>
        <w:t>Bitte passende Antworten markieren. Mehrere Antworten sind möglich.</w:t>
      </w:r>
    </w:p>
    <w:p>
      <w:pPr>
        <w:tabs>
          <w:tab w:pos="4876" w:val="left"/>
        </w:tabs>
        <w:spacing w:after="80"/>
      </w:pPr>
      <w:sdt>
        <w:sdtPr>
          <w:id w:val="155"/>
          <w:tag w:val="choice_155"/>
          <w:alias w:val="Erfahrung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Erfahrung   </w:t>
      </w:r>
      <w:r>
        <w:tab/>
      </w:r>
      <w:sdt>
        <w:sdtPr>
          <w:id w:val="156"/>
          <w:tag w:val="choice_156"/>
          <w:alias w:val="Spezialisierung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Spezialisierung   </w:t>
      </w:r>
    </w:p>
    <w:p>
      <w:pPr>
        <w:tabs>
          <w:tab w:pos="4876" w:val="left"/>
        </w:tabs>
        <w:spacing w:after="80"/>
      </w:pPr>
      <w:sdt>
        <w:sdtPr>
          <w:id w:val="157"/>
          <w:tag w:val="choice_157"/>
          <w:alias w:val="Persönliche Betreuung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Persönliche Betreuung   </w:t>
      </w:r>
      <w:r>
        <w:tab/>
      </w:r>
      <w:sdt>
        <w:sdtPr>
          <w:id w:val="158"/>
          <w:tag w:val="choice_158"/>
          <w:alias w:val="Zuverlässige Absprachen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Zuverlässige Absprachen   </w:t>
      </w:r>
    </w:p>
    <w:p>
      <w:pPr>
        <w:tabs>
          <w:tab w:pos="4876" w:val="left"/>
        </w:tabs>
        <w:spacing w:after="80"/>
      </w:pPr>
      <w:sdt>
        <w:sdtPr>
          <w:id w:val="159"/>
          <w:tag w:val="choice_159"/>
          <w:alias w:val="Flexible Termine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Flexible Termine   </w:t>
      </w:r>
      <w:r>
        <w:tab/>
      </w:r>
      <w:sdt>
        <w:sdtPr>
          <w:id w:val="160"/>
          <w:tag w:val="choice_160"/>
          <w:alias w:val="Individuelle Lösungen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Individuelle Lösungen   </w:t>
      </w:r>
    </w:p>
    <w:p>
      <w:pPr>
        <w:keepNext/>
        <w:spacing w:before="140"/>
      </w:pPr>
      <w:r>
        <w:rPr>
          <w:b/>
        </w:rPr>
        <w:t>Weitere Stärken oder kurze Erläuterung</w:t>
      </w:r>
    </w:p>
    <w:p>
      <w:pPr>
        <w:keepNext/>
      </w:pPr>
      <w:r>
        <w:rPr>
          <w:color w:val="555555"/>
          <w:sz w:val="18"/>
        </w:rPr>
        <w:t>Eigene Stärken oder kurze Belege können Sie ergänzen. Nur zutreffende Angaben auswählen.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eitere Stärken oder kurze Erläuterung"/>
                <w:tag w:val="answer_161"/>
                <w:id w:val="161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Was möchten Sie über Ihr Team erzählen</w:t>
      </w:r>
    </w:p>
    <w:p>
      <w:pPr>
        <w:keepNext/>
      </w:pPr>
      <w:r>
        <w:rPr>
          <w:color w:val="555555"/>
          <w:sz w:val="18"/>
        </w:rPr>
        <w:t>Falls passend: Namen, Aufgaben oder wer Kunden betreut. Vorhandene Vorstellungstexte können Sie beifügen.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as möchten Sie über Ihr Team erzählen"/>
                <w:tag w:val="answer_162"/>
                <w:id w:val="162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  <w:p>
            <w:pPr>
              <w:spacing w:after="0"/>
            </w:pPr>
          </w:p>
        </w:tc>
      </w:tr>
    </w:tbl>
    <w:p>
      <w:pPr>
        <w:keepNext/>
        <w:spacing w:before="140"/>
      </w:pPr>
      <w:r>
        <w:rPr>
          <w:b/>
        </w:rPr>
        <w:t>Wie läuft die Zusammenarbeit mit Ihren Kunden ab</w:t>
      </w:r>
    </w:p>
    <w:p>
      <w:pPr>
        <w:keepNext/>
      </w:pPr>
      <w:r>
        <w:rPr>
          <w:color w:val="555555"/>
          <w:sz w:val="18"/>
        </w:rPr>
        <w:t>Zum Beispiel Anfrage, Besichtigung, Angebot und Ausführung.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ie läuft die Zusammenarbeit mit Ihren Kunden ab"/>
                <w:tag w:val="answer_163"/>
                <w:id w:val="163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Welche Arbeiten oder Projekte möchten Sie zeigen</w:t>
      </w:r>
    </w:p>
    <w:p>
      <w:pPr>
        <w:keepNext/>
      </w:pPr>
      <w:r>
        <w:rPr>
          <w:color w:val="555555"/>
          <w:sz w:val="18"/>
        </w:rPr>
        <w:t>Kurze Beschreibung und passende Bilddateien oder Ordnerlinks. Keine vertraulichen Kundendaten angeben.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elche Arbeiten oder Projekte möchten Sie zeigen"/>
                <w:tag w:val="answer_164"/>
                <w:id w:val="164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  <w:p>
            <w:pPr>
              <w:spacing w:after="0"/>
            </w:pPr>
          </w:p>
        </w:tc>
      </w:tr>
    </w:tbl>
    <w:p>
      <w:pPr>
        <w:keepNext/>
        <w:spacing w:before="140"/>
      </w:pPr>
      <w:r>
        <w:rPr>
          <w:b/>
        </w:rPr>
        <w:t>Was fragen Kunden häufig vor einer Beauftragung</w:t>
      </w:r>
    </w:p>
    <w:p>
      <w:pPr>
        <w:keepNext/>
      </w:pPr>
      <w:r>
        <w:rPr>
          <w:color w:val="555555"/>
          <w:sz w:val="18"/>
        </w:rPr>
        <w:t>Falls möglich, schreiben Sie Ihre kurze Antwort direkt dazu.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as fragen Kunden häufig vor einer Beauftragung"/>
                <w:tag w:val="answer_165"/>
                <w:id w:val="165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Welche Bewertungen oder Nachweise dürfen wir zeigen</w:t>
      </w:r>
    </w:p>
    <w:p>
      <w:pPr>
        <w:keepNext/>
      </w:pPr>
      <w:r>
        <w:rPr>
          <w:color w:val="555555"/>
          <w:sz w:val="18"/>
        </w:rPr>
        <w:t>Zum Beispiel freigegebene Bewertungen, Qualifikationen oder Zertifikate. Links oder Dateien genügen.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elche Bewertungen oder Nachweise dürfen wir zeigen"/>
                <w:tag w:val="answer_166"/>
                <w:id w:val="166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Welche Informationen brauchen Sie für die erste Antwort auf eine Anfrage</w:t>
      </w:r>
    </w:p>
    <w:p>
      <w:pPr>
        <w:keepNext/>
      </w:pPr>
      <w:r>
        <w:rPr>
          <w:color w:val="555555"/>
          <w:sz w:val="18"/>
        </w:rPr>
        <w:t>Zum Beispiel gewünschte Leistung, Ort und kurze Beschreibung. Nur notwendige Angaben abfragen.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elche Informationen brauchen Sie für die erste Antwort auf eine Anfrage"/>
                <w:tag w:val="answer_167"/>
                <w:id w:val="167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p>
      <w:r>
        <w:br w:type="page"/>
      </w:r>
    </w:p>
    <w:p>
      <w:pPr>
        <w:pStyle w:val="Heading1"/>
      </w:pPr>
      <w:r>
        <w:t>Gestaltung und vorhandene Materialien</w:t>
      </w:r>
    </w:p>
    <w:p>
      <w:r>
        <w:t>Markieren Sie je Zeile, was zutrifft. Bei „Hilfe nötig“ klären wir vorab den Aufwand und mögliche Zusatzkosten.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75"/>
        <w:gridCol w:w="1531"/>
        <w:gridCol w:w="1757"/>
        <w:gridCol w:w="1757"/>
        <w:gridCol w:w="1531"/>
      </w:tblGrid>
      <w:tr>
        <w:trPr>
          <w:tblHeader/>
        </w:trP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Material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Vorhanden</w:t>
            </w:r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Kommt später</w:t>
            </w:r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Hilfe nötig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Nicht nötig</w:t>
            </w:r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Logo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8"/>
                <w:tag w:val="choice_168"/>
                <w:alias w:val="Logo Vorhanden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9"/>
                <w:tag w:val="choice_169"/>
                <w:alias w:val="Logo Kommt späte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70"/>
                <w:tag w:val="choice_170"/>
                <w:alias w:val="Logo Hilfe nöt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71"/>
                <w:tag w:val="choice_171"/>
                <w:alias w:val="Logo Nicht nöt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Texte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72"/>
                <w:tag w:val="choice_172"/>
                <w:alias w:val="Texte Vorhanden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73"/>
                <w:tag w:val="choice_173"/>
                <w:alias w:val="Texte Kommt späte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74"/>
                <w:tag w:val="choice_174"/>
                <w:alias w:val="Texte Hilfe nöt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75"/>
                <w:tag w:val="choice_175"/>
                <w:alias w:val="Texte Nicht nöt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Fotos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76"/>
                <w:tag w:val="choice_176"/>
                <w:alias w:val="Fotos Vorhanden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77"/>
                <w:tag w:val="choice_177"/>
                <w:alias w:val="Fotos Kommt späte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78"/>
                <w:tag w:val="choice_178"/>
                <w:alias w:val="Fotos Hilfe nöt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79"/>
                <w:tag w:val="choice_179"/>
                <w:alias w:val="Fotos Nicht nöt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Projektbeispiele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80"/>
                <w:tag w:val="choice_180"/>
                <w:alias w:val="Projektbeispiele Vorhanden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81"/>
                <w:tag w:val="choice_181"/>
                <w:alias w:val="Projektbeispiele Kommt späte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82"/>
                <w:tag w:val="choice_182"/>
                <w:alias w:val="Projektbeispiele Hilfe nöt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83"/>
                <w:tag w:val="choice_183"/>
                <w:alias w:val="Projektbeispiele Nicht nöt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Kundenbewertungen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84"/>
                <w:tag w:val="choice_184"/>
                <w:alias w:val="Kundenbewertungen Vorhanden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85"/>
                <w:tag w:val="choice_185"/>
                <w:alias w:val="Kundenbewertungen Kommt späte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86"/>
                <w:tag w:val="choice_186"/>
                <w:alias w:val="Kundenbewertungen Hilfe nöt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87"/>
                <w:tag w:val="choice_187"/>
                <w:alias w:val="Kundenbewertungen Nicht nöt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Impressum und Datenschutztexte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88"/>
                <w:tag w:val="choice_188"/>
                <w:alias w:val="Impressum und Datenschutztexte Vorhanden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89"/>
                <w:tag w:val="choice_189"/>
                <w:alias w:val="Impressum und Datenschutztexte Kommt späte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90"/>
                <w:tag w:val="choice_190"/>
                <w:alias w:val="Impressum und Datenschutztexte Hilfe nöt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91"/>
                <w:tag w:val="choice_191"/>
                <w:alias w:val="Impressum und Datenschutztexte Nicht nöt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Gibt es Farben oder Gestaltungsvorgaben, die wir übernehmen sollen</w:t>
      </w:r>
    </w:p>
    <w:p>
      <w:pPr>
        <w:keepNext/>
      </w:pPr>
      <w:r>
        <w:rPr>
          <w:color w:val="555555"/>
          <w:sz w:val="18"/>
        </w:rPr>
        <w:t>Logo oder vorhandene Unterlagen beifügen. Sie können auch schreiben: „Bitte Gestaltung vorschlagen“.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Gibt es Farben oder Gestaltungsvorgaben, die wir übernehmen sollen"/>
                <w:tag w:val="answer_192"/>
                <w:id w:val="192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Welche Websites gefallen Ihnen und was gefällt Ihnen daran</w:t>
            </w:r>
          </w:p>
          <w:p>
            <w:pPr>
              <w:spacing w:after="0"/>
            </w:pPr>
            <w:sdt>
              <w:sdtPr>
                <w:alias w:val="Welche Websites gefallen Ihnen und was gefällt Ihnen daran"/>
                <w:tag w:val="answer_193"/>
                <w:id w:val="193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Was gefällt Ihnen nicht oder soll vermieden werden</w:t>
            </w:r>
          </w:p>
          <w:p>
            <w:pPr>
              <w:spacing w:after="0"/>
            </w:pPr>
            <w:sdt>
              <w:sdtPr>
                <w:alias w:val="Was gefällt Ihnen nicht oder soll vermieden werden"/>
                <w:tag w:val="answer_194"/>
                <w:id w:val="194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Links reichen aus. Zum Beispiel Farben, Fotos, Übersichtlichkeit oder Stimmung.</w:t>
      </w:r>
    </w:p>
    <w:p>
      <w:pPr>
        <w:keepNext/>
        <w:spacing w:before="140"/>
      </w:pPr>
      <w:r>
        <w:rPr>
          <w:b/>
        </w:rPr>
        <w:t>Wie möchten Sie Ihre Kunden ansprechen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Wie möchten Sie Ihre Kunden ansprechen"/>
                <w:tag w:val="single_tone"/>
                <w:id w:val="195"/>
                <w:showingPlcHdr/>
                <w:dropDownList>
                  <w:listItem w:displayText="Bitte auswählen" w:value="select"/>
                  <w:listItem w:displayText="Sie" w:value="formal"/>
                  <w:listItem w:displayText="Du" w:value="informal"/>
                  <w:listItem w:displayText="Bitte beraten Sie mich" w:value="help"/>
                </w:dropDownList>
              </w:sdtPr>
              <w:sdtContent>
                <w:r>
                  <w:rPr>
                    <w:color w:val="777777"/>
                  </w:rPr>
                  <w:t>Bitte auswählen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Welche Unternehmen bieten in Ihrer Region ähnliche Leistungen an</w:t>
      </w:r>
    </w:p>
    <w:p>
      <w:pPr>
        <w:keepNext/>
      </w:pPr>
      <w:r>
        <w:rPr>
          <w:color w:val="555555"/>
          <w:sz w:val="18"/>
        </w:rPr>
        <w:t>Optional. Namen oder Links reichen aus. Wir übernehmen keine fremden Texte oder Gestaltungen.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elche Unternehmen bieten in Ihrer Region ähnliche Leistungen an"/>
                <w:tag w:val="answer_196"/>
                <w:id w:val="196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Wo finden wir Ihre Materialien</w:t>
      </w:r>
    </w:p>
    <w:p>
      <w:pPr>
        <w:keepNext/>
      </w:pPr>
      <w:r>
        <w:rPr>
          <w:color w:val="555555"/>
          <w:sz w:val="18"/>
        </w:rPr>
        <w:t>Link zu einem freigegebenen Ordner oder Dateinamen der Anhänge. Keine Passwörter eintragen. Bitte nur Materialien senden, die Sie verwenden dürfen.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o finden wir Ihre Materialien"/>
                <w:tag w:val="answer_197"/>
                <w:id w:val="197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Wann können Sie die noch fehlenden Materialien schicken</w:t>
      </w:r>
    </w:p>
    <w:p>
      <w:pPr>
        <w:keepNext/>
      </w:pPr>
      <w:r>
        <w:rPr>
          <w:color w:val="555555"/>
          <w:sz w:val="18"/>
        </w:rPr>
        <w:t>Ein ungefährer Termin oder „Bitte gemeinsam planen“ genügt.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ann können Sie die noch fehlenden Materialien schicken"/>
                <w:tag w:val="answer_198"/>
                <w:id w:val="198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p>
      <w:r>
        <w:br w:type="page"/>
      </w:r>
    </w:p>
    <w:p>
      <w:pPr>
        <w:pStyle w:val="Heading1"/>
      </w:pPr>
      <w:r>
        <w:t>Kontaktdaten und Vorbereitung des Starts</w:t>
      </w:r>
    </w:p>
    <w:p>
      <w:pPr>
        <w:pStyle w:val="Heading2"/>
      </w:pPr>
      <w:r>
        <w:t>Welche Kontaktdaten sollen auf Ihrer Website stehen</w:t>
      </w:r>
    </w:p>
    <w:p>
      <w:r>
        <w:rPr>
          <w:color w:val="555555"/>
          <w:sz w:val="18"/>
        </w:rPr>
        <w:t>Nur Angaben eintragen, die Besucher sehen dürfen. Nicht benötigte Felder frei lassen.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05"/>
        <w:gridCol w:w="6746"/>
      </w:tblGrid>
      <w:tr>
        <w:tc>
          <w:tcPr>
            <w:tcW w:type="dxa" w:w="300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Telefon</w:t>
            </w:r>
          </w:p>
        </w:tc>
        <w:tc>
          <w:tcPr>
            <w:tcW w:type="dxa" w:w="674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Ihre Antwort"/>
                <w:tag w:val="answer_199"/>
                <w:id w:val="199"/>
                <w:text w:multiLine="1"/>
                <w:showingPlcHdr/>
              </w:sdtPr>
              <w:sdtContent>
                <w:r>
                  <w:rPr>
                    <w:color w:val="777777"/>
                  </w:rPr>
                  <w:t>Ihre Antwort</w:t>
                </w:r>
              </w:sdtContent>
            </w:sdt>
          </w:p>
        </w:tc>
      </w:tr>
      <w:tr>
        <w:tc>
          <w:tcPr>
            <w:tcW w:type="dxa" w:w="300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E-Mail auf der Website</w:t>
            </w:r>
          </w:p>
        </w:tc>
        <w:tc>
          <w:tcPr>
            <w:tcW w:type="dxa" w:w="674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Ihre Antwort"/>
                <w:tag w:val="answer_200"/>
                <w:id w:val="200"/>
                <w:text w:multiLine="1"/>
                <w:showingPlcHdr/>
              </w:sdtPr>
              <w:sdtContent>
                <w:r>
                  <w:rPr>
                    <w:color w:val="777777"/>
                  </w:rPr>
                  <w:t>Ihre Antwort</w:t>
                </w:r>
              </w:sdtContent>
            </w:sdt>
          </w:p>
        </w:tc>
      </w:tr>
      <w:tr>
        <w:tc>
          <w:tcPr>
            <w:tcW w:type="dxa" w:w="300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Anschrift</w:t>
            </w:r>
          </w:p>
        </w:tc>
        <w:tc>
          <w:tcPr>
            <w:tcW w:type="dxa" w:w="674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Ihre Antwort"/>
                <w:tag w:val="answer_201"/>
                <w:id w:val="201"/>
                <w:text w:multiLine="1"/>
                <w:showingPlcHdr/>
              </w:sdtPr>
              <w:sdtContent>
                <w:r>
                  <w:rPr>
                    <w:color w:val="777777"/>
                  </w:rPr>
                  <w:t>Ihre Antwort</w:t>
                </w:r>
              </w:sdtContent>
            </w:sdt>
          </w:p>
        </w:tc>
      </w:tr>
      <w:tr>
        <w:tc>
          <w:tcPr>
            <w:tcW w:type="dxa" w:w="300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Öffnungszeiten</w:t>
            </w:r>
          </w:p>
        </w:tc>
        <w:tc>
          <w:tcPr>
            <w:tcW w:type="dxa" w:w="674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Ihre Antwort"/>
                <w:tag w:val="answer_202"/>
                <w:id w:val="202"/>
                <w:text w:multiLine="1"/>
                <w:showingPlcHdr/>
              </w:sdtPr>
              <w:sdtContent>
                <w:r>
                  <w:rPr>
                    <w:color w:val="777777"/>
                  </w:rPr>
                  <w:t>Ihre Antwort</w:t>
                </w:r>
              </w:sdtContent>
            </w:sdt>
          </w:p>
        </w:tc>
      </w:tr>
      <w:tr>
        <w:tc>
          <w:tcPr>
            <w:tcW w:type="dxa" w:w="300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Links zu Social Media</w:t>
            </w:r>
          </w:p>
        </w:tc>
        <w:tc>
          <w:tcPr>
            <w:tcW w:type="dxa" w:w="674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Ihre Antwort"/>
                <w:tag w:val="answer_203"/>
                <w:id w:val="203"/>
                <w:text w:multiLine="1"/>
                <w:showingPlcHdr/>
              </w:sdtPr>
              <w:sdtContent>
                <w:r>
                  <w:rPr>
                    <w:color w:val="777777"/>
                  </w:rPr>
                  <w:t>Ihre Antwort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An welche E-Mail-Adresse sollen Website-Anfragen gehen</w:t>
            </w:r>
          </w:p>
          <w:p>
            <w:pPr>
              <w:spacing w:after="0"/>
            </w:pPr>
            <w:sdt>
              <w:sdtPr>
                <w:alias w:val="An welche E-Mail-Adresse sollen Website-Anfragen gehen"/>
                <w:tag w:val="answer_204"/>
                <w:id w:val="204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Haben Sie bereits eine Domain und einen Hosting-Anbieter</w:t>
            </w:r>
          </w:p>
          <w:p>
            <w:pPr>
              <w:spacing w:after="0"/>
            </w:pPr>
            <w:sdt>
              <w:sdtPr>
                <w:alias w:val="Haben Sie bereits eine Domain und einen Hosting-Anbieter"/>
                <w:tag w:val="answer_205"/>
                <w:id w:val="205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Domain und Anbieter nennen oder „Bitte helfen“ schreiben. Keine Passwörter eintragen.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Hauptsprache der Website</w:t>
            </w:r>
          </w:p>
          <w:p>
            <w:pPr>
              <w:spacing w:after="0"/>
            </w:pPr>
            <w:sdt>
              <w:sdtPr>
                <w:alias w:val="Hauptsprache der Website"/>
                <w:tag w:val="answer_206"/>
                <w:id w:val="206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Gewünschter Starttermin</w:t>
            </w:r>
          </w:p>
          <w:p>
            <w:pPr>
              <w:spacing w:after="0"/>
            </w:pPr>
            <w:sdt>
              <w:sdtPr>
                <w:alias w:val="Gewünschter Starttermin"/>
                <w:tag w:val="answer_207"/>
                <w:id w:val="207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Eine Hauptsprache nennen. Weitere Sprachversionen und deren Kosten stimmen wir gesondert ab.</w:t>
      </w:r>
    </w:p>
    <w:p>
      <w:r>
        <w:rPr>
          <w:color w:val="555555"/>
          <w:sz w:val="18"/>
        </w:rPr>
        <w:t>Ein ungefährer Termin genügt. Bitte einen festen Anlass unter den Ergänzungen nennen.</w:t>
      </w:r>
    </w:p>
    <w:p>
      <w:pPr>
        <w:keepNext/>
        <w:spacing w:before="140"/>
      </w:pPr>
      <w:r>
        <w:rPr>
          <w:b/>
        </w:rPr>
        <w:t>Wer soll Inhalte nach dem Start aktualisieren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Wer soll Inhalte nach dem Start aktualisieren"/>
                <w:tag w:val="single_maintenance"/>
                <w:id w:val="208"/>
                <w:showingPlcHdr/>
                <w:dropDownList>
                  <w:listItem w:displayText="Bitte auswählen" w:value="select"/>
                  <w:listItem w:displayText="Ich selbst mit Einweisung" w:value="selfmanage"/>
                  <w:listItem w:displayText="Aboxon nach Vereinbarung" w:value="agencycare"/>
                  <w:listItem w:displayText="Es sind nur selten Änderungen nötig" w:value="rarechanges"/>
                  <w:listItem w:displayText="Bitte beraten Sie mich" w:value="help"/>
                </w:dropDownList>
              </w:sdtPr>
              <w:sdtContent>
                <w:r>
                  <w:rPr>
                    <w:color w:val="777777"/>
                  </w:rPr>
                  <w:t>Bitte auswählen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Was wird voraussichtlich aktualisiert</w:t>
            </w:r>
          </w:p>
          <w:p>
            <w:pPr>
              <w:spacing w:after="0"/>
            </w:pPr>
            <w:sdt>
              <w:sdtPr>
                <w:alias w:val="Was wird voraussichtlich aktualisiert"/>
                <w:tag w:val="answer_209"/>
                <w:id w:val="209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Wer stimmt die Website mit uns ab</w:t>
            </w:r>
          </w:p>
          <w:p>
            <w:pPr>
              <w:spacing w:after="0"/>
            </w:pPr>
            <w:sdt>
              <w:sdtPr>
                <w:alias w:val="Wer stimmt die Website mit uns ab"/>
                <w:tag w:val="answer_210"/>
                <w:id w:val="210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Zum Beispiel Projekte, Dienstleistungen oder Öffnungszeiten.</w:t>
      </w:r>
    </w:p>
    <w:p>
      <w:r>
        <w:rPr>
          <w:color w:val="555555"/>
          <w:sz w:val="18"/>
        </w:rPr>
        <w:t>Sie selbst oder eine andere verantwortliche Person, über die wir Rückmeldungen sammeln.</w:t>
      </w:r>
    </w:p>
    <w:p>
      <w:pPr>
        <w:keepNext/>
        <w:spacing w:before="140"/>
      </w:pPr>
      <w:r>
        <w:rPr>
          <w:b/>
        </w:rPr>
        <w:t>Weitere Wünsche und Ergänzungen</w:t>
      </w:r>
    </w:p>
    <w:p>
      <w:pPr>
        <w:keepNext/>
      </w:pPr>
      <w:r>
        <w:rPr>
          <w:color w:val="555555"/>
          <w:sz w:val="18"/>
        </w:rPr>
        <w:t>Besondere Funktionen und weitere Sprachen werden gesondert vereinbart. Nennen Sie auch einen festen Anlass für den Starttermin.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eitere Wünsche und Ergänzungen"/>
                <w:tag w:val="answer_211"/>
                <w:id w:val="211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p>
      <w:pPr>
        <w:pStyle w:val="Heading2"/>
      </w:pPr>
      <w:r>
        <w:t>So senden Sie uns Ihr Briefing</w:t>
      </w:r>
    </w:p>
    <w:p>
      <w:r>
        <w:rPr>
          <w:color w:val="555555"/>
          <w:sz w:val="18"/>
        </w:rPr>
        <w:t>Speichern Sie die Datei und senden Sie sie an office@aboxon-webkonzept.de oder hängen Sie sie an Ihre Website-Anfrage an. Dort ist ein DOCX oder PDF bis 5 MiB möglich. Weitere Materialien senden Sie separat oder als Ordnerlink.</w:t>
      </w:r>
    </w:p>
    <w:p>
      <w:r>
        <w:rPr>
          <w:color w:val="555555"/>
          <w:sz w:val="18"/>
        </w:rPr>
        <w:t>Wir klären offene Fragen und bestätigen den Umfang im Angebot. Das Briefing allein ist keine Bestellung.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32" w:right="1077" w:bottom="907" w:left="1077" w:header="369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555"/>
        <w:sz w:val="16"/>
      </w:rPr>
      <w:t>Aboxon Webkonzept   ·   Premium   ·   office@aboxon-webkonzept.de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692000" cy="555848"/>
          <wp:docPr id="1" name="Picture 1" descr="Aboxon Webkonzept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boxon-logo-honey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92000" cy="5558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161616"/>
      <w:sz w:val="22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161616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16161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6161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6161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6161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6161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16161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6161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16161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161616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16161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161616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9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61616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16161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161616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161616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16161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16161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16161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16161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161616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16161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161616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161616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161616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161616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161616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161616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161616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161616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161616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161616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161616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161616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161616"/>
      </w:rPr>
      <w:tblPr/>
      <w:tcPr>
        <w:shd w:val="clear" w:color="auto" w:fill="999999" w:themeFill="text1" w:themeFillTint="66"/>
      </w:tcPr>
    </w:tblStylePr>
    <w:tblStylePr w:type="firstCol">
      <w:rPr>
        <w:color w:val="161616"/>
      </w:rPr>
      <w:tblPr/>
      <w:tcPr>
        <w:shd w:val="clear" w:color="auto" w:fill="000000" w:themeFill="text1" w:themeFillShade="BF"/>
      </w:tcPr>
    </w:tblStylePr>
    <w:tblStylePr w:type="lastCol">
      <w:rPr>
        <w:color w:val="161616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161616"/>
      </w:rPr>
      <w:tblPr/>
      <w:tcPr>
        <w:shd w:val="clear" w:color="auto" w:fill="B8CCE4" w:themeFill="accent1" w:themeFillTint="66"/>
      </w:tcPr>
    </w:tblStylePr>
    <w:tblStylePr w:type="firstCol">
      <w:rPr>
        <w:color w:val="161616"/>
      </w:rPr>
      <w:tblPr/>
      <w:tcPr>
        <w:shd w:val="clear" w:color="auto" w:fill="365F91" w:themeFill="accent1" w:themeFillShade="BF"/>
      </w:tcPr>
    </w:tblStylePr>
    <w:tblStylePr w:type="lastCol">
      <w:rPr>
        <w:color w:val="161616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161616"/>
      </w:rPr>
      <w:tblPr/>
      <w:tcPr>
        <w:shd w:val="clear" w:color="auto" w:fill="E5B8B7" w:themeFill="accent2" w:themeFillTint="66"/>
      </w:tcPr>
    </w:tblStylePr>
    <w:tblStylePr w:type="firstCol">
      <w:rPr>
        <w:color w:val="161616"/>
      </w:rPr>
      <w:tblPr/>
      <w:tcPr>
        <w:shd w:val="clear" w:color="auto" w:fill="943634" w:themeFill="accent2" w:themeFillShade="BF"/>
      </w:tcPr>
    </w:tblStylePr>
    <w:tblStylePr w:type="lastCol">
      <w:rPr>
        <w:color w:val="161616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161616"/>
      </w:rPr>
      <w:tblPr/>
      <w:tcPr>
        <w:shd w:val="clear" w:color="auto" w:fill="D6E3BC" w:themeFill="accent3" w:themeFillTint="66"/>
      </w:tcPr>
    </w:tblStylePr>
    <w:tblStylePr w:type="firstCol">
      <w:rPr>
        <w:color w:val="161616"/>
      </w:rPr>
      <w:tblPr/>
      <w:tcPr>
        <w:shd w:val="clear" w:color="auto" w:fill="76923C" w:themeFill="accent3" w:themeFillShade="BF"/>
      </w:tcPr>
    </w:tblStylePr>
    <w:tblStylePr w:type="lastCol">
      <w:rPr>
        <w:color w:val="161616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161616"/>
      </w:rPr>
      <w:tblPr/>
      <w:tcPr>
        <w:shd w:val="clear" w:color="auto" w:fill="CCC0D9" w:themeFill="accent4" w:themeFillTint="66"/>
      </w:tcPr>
    </w:tblStylePr>
    <w:tblStylePr w:type="firstCol">
      <w:rPr>
        <w:color w:val="161616"/>
      </w:rPr>
      <w:tblPr/>
      <w:tcPr>
        <w:shd w:val="clear" w:color="auto" w:fill="5F497A" w:themeFill="accent4" w:themeFillShade="BF"/>
      </w:tcPr>
    </w:tblStylePr>
    <w:tblStylePr w:type="lastCol">
      <w:rPr>
        <w:color w:val="161616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161616"/>
      </w:rPr>
      <w:tblPr/>
      <w:tcPr>
        <w:shd w:val="clear" w:color="auto" w:fill="B6DDE8" w:themeFill="accent5" w:themeFillTint="66"/>
      </w:tcPr>
    </w:tblStylePr>
    <w:tblStylePr w:type="firstCol">
      <w:rPr>
        <w:color w:val="161616"/>
      </w:rPr>
      <w:tblPr/>
      <w:tcPr>
        <w:shd w:val="clear" w:color="auto" w:fill="31849B" w:themeFill="accent5" w:themeFillShade="BF"/>
      </w:tcPr>
    </w:tblStylePr>
    <w:tblStylePr w:type="lastCol">
      <w:rPr>
        <w:color w:val="161616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161616"/>
      </w:rPr>
      <w:tblPr/>
      <w:tcPr>
        <w:shd w:val="clear" w:color="auto" w:fill="FBD4B4" w:themeFill="accent6" w:themeFillTint="66"/>
      </w:tcPr>
    </w:tblStylePr>
    <w:tblStylePr w:type="firstCol">
      <w:rPr>
        <w:color w:val="161616"/>
      </w:rPr>
      <w:tblPr/>
      <w:tcPr>
        <w:shd w:val="clear" w:color="auto" w:fill="E36C0A" w:themeFill="accent6" w:themeFillShade="BF"/>
      </w:tcPr>
    </w:tblStylePr>
    <w:tblStylePr w:type="lastCol">
      <w:rPr>
        <w:color w:val="161616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Hyperlink">
    <w:name w:val="Hyperlink"/>
    <w:rPr>
      <w:color w:val="000000"/>
    </w:rPr>
  </w:style>
  <w:style w:type="character" w:customStyle="1" w:styleId="FollowedHyperlink">
    <w:name w:val="FollowedHyperlink"/>
    <w:rPr>
      <w:color w:val="00000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6161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6161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6161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6161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6161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6161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16161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6161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16161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161616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16161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161616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61616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61616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16161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161616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161616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16161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16161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16161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16161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161616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16161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161616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161616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161616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161616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161616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161616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161616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161616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161616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161616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161616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161616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161616"/>
      </w:rPr>
      <w:tblPr/>
      <w:tcPr>
        <w:shd w:val="clear" w:color="auto" w:fill="999999" w:themeFill="text1" w:themeFillTint="66"/>
      </w:tcPr>
    </w:tblStylePr>
    <w:tblStylePr w:type="firstCol">
      <w:rPr>
        <w:color w:val="161616"/>
      </w:rPr>
      <w:tblPr/>
      <w:tcPr>
        <w:shd w:val="clear" w:color="auto" w:fill="000000" w:themeFill="text1" w:themeFillShade="BF"/>
      </w:tcPr>
    </w:tblStylePr>
    <w:tblStylePr w:type="lastCol">
      <w:rPr>
        <w:color w:val="161616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161616"/>
      </w:rPr>
      <w:tblPr/>
      <w:tcPr>
        <w:shd w:val="clear" w:color="auto" w:fill="B8CCE4" w:themeFill="accent1" w:themeFillTint="66"/>
      </w:tcPr>
    </w:tblStylePr>
    <w:tblStylePr w:type="firstCol">
      <w:rPr>
        <w:color w:val="161616"/>
      </w:rPr>
      <w:tblPr/>
      <w:tcPr>
        <w:shd w:val="clear" w:color="auto" w:fill="365F91" w:themeFill="accent1" w:themeFillShade="BF"/>
      </w:tcPr>
    </w:tblStylePr>
    <w:tblStylePr w:type="lastCol">
      <w:rPr>
        <w:color w:val="161616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161616"/>
      </w:rPr>
      <w:tblPr/>
      <w:tcPr>
        <w:shd w:val="clear" w:color="auto" w:fill="E5B8B7" w:themeFill="accent2" w:themeFillTint="66"/>
      </w:tcPr>
    </w:tblStylePr>
    <w:tblStylePr w:type="firstCol">
      <w:rPr>
        <w:color w:val="161616"/>
      </w:rPr>
      <w:tblPr/>
      <w:tcPr>
        <w:shd w:val="clear" w:color="auto" w:fill="943634" w:themeFill="accent2" w:themeFillShade="BF"/>
      </w:tcPr>
    </w:tblStylePr>
    <w:tblStylePr w:type="lastCol">
      <w:rPr>
        <w:color w:val="161616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161616"/>
      </w:rPr>
      <w:tblPr/>
      <w:tcPr>
        <w:shd w:val="clear" w:color="auto" w:fill="D6E3BC" w:themeFill="accent3" w:themeFillTint="66"/>
      </w:tcPr>
    </w:tblStylePr>
    <w:tblStylePr w:type="firstCol">
      <w:rPr>
        <w:color w:val="161616"/>
      </w:rPr>
      <w:tblPr/>
      <w:tcPr>
        <w:shd w:val="clear" w:color="auto" w:fill="76923C" w:themeFill="accent3" w:themeFillShade="BF"/>
      </w:tcPr>
    </w:tblStylePr>
    <w:tblStylePr w:type="lastCol">
      <w:rPr>
        <w:color w:val="161616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161616"/>
      </w:rPr>
      <w:tblPr/>
      <w:tcPr>
        <w:shd w:val="clear" w:color="auto" w:fill="CCC0D9" w:themeFill="accent4" w:themeFillTint="66"/>
      </w:tcPr>
    </w:tblStylePr>
    <w:tblStylePr w:type="firstCol">
      <w:rPr>
        <w:color w:val="161616"/>
      </w:rPr>
      <w:tblPr/>
      <w:tcPr>
        <w:shd w:val="clear" w:color="auto" w:fill="5F497A" w:themeFill="accent4" w:themeFillShade="BF"/>
      </w:tcPr>
    </w:tblStylePr>
    <w:tblStylePr w:type="lastCol">
      <w:rPr>
        <w:color w:val="161616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161616"/>
      </w:rPr>
      <w:tblPr/>
      <w:tcPr>
        <w:shd w:val="clear" w:color="auto" w:fill="B6DDE8" w:themeFill="accent5" w:themeFillTint="66"/>
      </w:tcPr>
    </w:tblStylePr>
    <w:tblStylePr w:type="firstCol">
      <w:rPr>
        <w:color w:val="161616"/>
      </w:rPr>
      <w:tblPr/>
      <w:tcPr>
        <w:shd w:val="clear" w:color="auto" w:fill="31849B" w:themeFill="accent5" w:themeFillShade="BF"/>
      </w:tcPr>
    </w:tblStylePr>
    <w:tblStylePr w:type="lastCol">
      <w:rPr>
        <w:color w:val="161616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161616"/>
      </w:rPr>
      <w:tblPr/>
      <w:tcPr>
        <w:shd w:val="clear" w:color="auto" w:fill="FBD4B4" w:themeFill="accent6" w:themeFillTint="66"/>
      </w:tcPr>
    </w:tblStylePr>
    <w:tblStylePr w:type="firstCol">
      <w:rPr>
        <w:color w:val="161616"/>
      </w:rPr>
      <w:tblPr/>
      <w:tcPr>
        <w:shd w:val="clear" w:color="auto" w:fill="E36C0A" w:themeFill="accent6" w:themeFillShade="BF"/>
      </w:tcPr>
    </w:tblStylePr>
    <w:tblStylePr w:type="lastCol">
      <w:rPr>
        <w:color w:val="161616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333333"/>
      </a:dk2>
      <a:lt2>
        <a:srgbClr val="F4F4F4"/>
      </a:lt2>
      <a:accent1>
        <a:srgbClr val="666666"/>
      </a:accent1>
      <a:accent2>
        <a:srgbClr val="777777"/>
      </a:accent2>
      <a:accent3>
        <a:srgbClr val="888888"/>
      </a:accent3>
      <a:accent4>
        <a:srgbClr val="999999"/>
      </a:accent4>
      <a:accent5>
        <a:srgbClr val="AAAAAA"/>
      </a:accent5>
      <a:accent6>
        <a:srgbClr val="BBBBBB"/>
      </a:accent6>
      <a:hlink>
        <a:srgbClr val="000000"/>
      </a:hlink>
      <a:folHlink>
        <a:srgbClr val="00000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Website Briefing Premium</dc:title>
  <dc:subject>Website Briefing</dc:subject>
  <dc:creator>Aboxon Webkonzept</dc:creator>
  <cp:keywords>Briefing Premium de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