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Website project brief</w:t>
      </w:r>
    </w:p>
    <w:p>
      <w:pPr>
        <w:pStyle w:val="Heading2"/>
      </w:pPr>
      <w:r>
        <w:t>Medium</w:t>
      </w:r>
    </w:p>
    <w:p>
      <w:r>
        <w:t>Tell us about your business and your website wishes. Short answers are enough. We will discuss any open questions together.</w:t>
      </w:r>
    </w:p>
    <w:p>
      <w:r>
        <w:rPr>
          <w:color w:val="555555"/>
          <w:sz w:val="18"/>
        </w:rPr>
        <w:t>Click the fields, tick the boxes and choose answers from the lists. On paper, write in your answers. You can send existing documents instead of repeating the information.</w:t>
      </w:r>
    </w:p>
    <w:p>
      <w:r>
        <w:rPr>
          <w:color w:val="555555"/>
          <w:sz w:val="18"/>
        </w:rPr>
        <w:t>Fields marked * are needed for our initial response. Everything else is optional. If you are unsure, choose advice or leave the field blank.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Your name *</w:t>
            </w:r>
          </w:p>
          <w:p>
            <w:pPr>
              <w:spacing w:after="0"/>
            </w:pPr>
            <w:sdt>
              <w:sdtPr>
                <w:alias w:val="Your name *"/>
                <w:tag w:val="answer_100"/>
                <w:id w:val="10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Your contact email *</w:t>
            </w:r>
          </w:p>
          <w:p>
            <w:pPr>
              <w:spacing w:after="0"/>
            </w:pPr>
            <w:sdt>
              <w:sdtPr>
                <w:alias w:val="Your contact email *"/>
                <w:tag w:val="answer_101"/>
                <w:id w:val="10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Business or brand name</w:t>
            </w:r>
          </w:p>
          <w:p>
            <w:pPr>
              <w:spacing w:after="0"/>
            </w:pPr>
            <w:sdt>
              <w:sdtPr>
                <w:alias w:val="Business or brand name"/>
                <w:tag w:val="answer_102"/>
                <w:id w:val="10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Your phone number optional</w:t>
            </w:r>
          </w:p>
          <w:p>
            <w:pPr>
              <w:spacing w:after="0"/>
            </w:pPr>
            <w:sdt>
              <w:sdtPr>
                <w:alias w:val="Your phone number optional"/>
                <w:tag w:val="answer_103"/>
                <w:id w:val="10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Your personal contact details will not automatically appear on the website.</w:t>
      </w:r>
    </w:p>
    <w:p>
      <w:pPr>
        <w:keepNext/>
        <w:spacing w:before="140"/>
      </w:pPr>
      <w:r>
        <w:rPr>
          <w:b/>
        </w:rPr>
        <w:t>What do you offer *</w:t>
      </w:r>
    </w:p>
    <w:p>
      <w:pPr>
        <w:keepNext/>
      </w:pPr>
      <w:r>
        <w:rPr>
          <w:color w:val="555555"/>
          <w:sz w:val="18"/>
        </w:rPr>
        <w:t>For example, home renovation for private customers. A few words are enough.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do you offer *"/>
                <w:tag w:val="answer_104"/>
                <w:id w:val="10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Which area do you serve</w:t>
            </w:r>
          </w:p>
          <w:p>
            <w:pPr>
              <w:spacing w:after="0"/>
            </w:pPr>
            <w:sdt>
              <w:sdtPr>
                <w:alias w:val="Which area do you serve"/>
                <w:tag w:val="answer_105"/>
                <w:id w:val="10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Who are your customers</w:t>
            </w:r>
          </w:p>
          <w:p>
            <w:pPr>
              <w:spacing w:after="0"/>
            </w:pPr>
            <w:sdt>
              <w:sdtPr>
                <w:alias w:val="Who are your customers"/>
                <w:tag w:val="answer_106"/>
                <w:id w:val="10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pPr>
        <w:keepNext/>
        <w:spacing w:before="140"/>
      </w:pPr>
      <w:r>
        <w:rPr>
          <w:b/>
        </w:rPr>
        <w:t>What is the main goal of the website *</w:t>
      </w:r>
    </w:p>
    <w:p>
      <w:pPr>
        <w:keepNext/>
      </w:pPr>
      <w:r>
        <w:rPr>
          <w:color w:val="555555"/>
          <w:sz w:val="18"/>
        </w:rPr>
        <w:t>Choose one answer from the list. If completing this on paper, write in your answer.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hat is the main goal of the website *"/>
                <w:tag w:val="single_goal"/>
                <w:id w:val="107"/>
                <w:showingPlcHdr/>
                <w:dropDownList>
                  <w:listItem w:displayText="Please choose" w:value="select"/>
                  <w:listItem w:displayText="Receive phone calls" w:value="call"/>
                  <w:listItem w:displayText="Receive enquiries" w:value="enquiry"/>
                  <w:listItem w:displayText="Receive emails" w:value="email"/>
                  <w:listItem w:displayText="Present services and completed work" w:value="view"/>
                  <w:listItem w:displayText="Other" w:value="other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What would you like us to 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hat would you like us to do"/>
                <w:tag w:val="single_projecttype"/>
                <w:id w:val="108"/>
                <w:showingPlcHdr/>
                <w:dropDownList>
                  <w:listItem w:displayText="Please choose" w:value="select"/>
                  <w:listItem w:displayText="Create my first website" w:value="firstsite"/>
                  <w:listItem w:displayText="Redesign an existing website" w:value="replace"/>
                  <w:listItem w:displayText="Improve an existing website" w:value="improve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Link to your existing website if you have 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Link to your existing website if you have one"/>
                <w:tag w:val="answer_109"/>
                <w:id w:val="10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What should we keep or change on your existing website</w:t>
      </w:r>
    </w:p>
    <w:p>
      <w:pPr>
        <w:keepNext/>
      </w:pPr>
      <w:r>
        <w:rPr>
          <w:color w:val="555555"/>
          <w:sz w:val="18"/>
        </w:rPr>
        <w:t>Only if you already have a website. For example, your logo, photos, text, pages or particular features.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should we keep or change on your existing website"/>
                <w:tag w:val="answer_110"/>
                <w:id w:val="11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Pages and services</w:t>
      </w:r>
    </w:p>
    <w:p>
      <w:r>
        <w:t>Up to 8 main pages. The legal notice and privacy policy do not count towards this limit. You do not have to use every page. We will agree the final structure together.</w:t>
      </w:r>
    </w:p>
    <w:p>
      <w:pPr>
        <w:keepNext/>
        <w:spacing w:before="140"/>
      </w:pPr>
      <w:r>
        <w:rPr>
          <w:b/>
        </w:rPr>
        <w:t>Which pages would you like</w:t>
      </w:r>
    </w:p>
    <w:p>
      <w:pPr>
        <w:keepNext/>
      </w:pPr>
      <w:r>
        <w:rPr>
          <w:color w:val="555555"/>
          <w:sz w:val="18"/>
        </w:rPr>
        <w:t>Tick all that apply. You may choose more than one answer.</w:t>
      </w:r>
    </w:p>
    <w:p>
      <w:pPr>
        <w:tabs>
          <w:tab w:pos="4876" w:val="left"/>
        </w:tabs>
        <w:spacing w:after="80"/>
      </w:pPr>
      <w:sdt>
        <w:sdtPr>
          <w:id w:val="111"/>
          <w:tag w:val="choice_111"/>
          <w:alias w:val="Hom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Home   </w:t>
      </w:r>
      <w:r>
        <w:tab/>
      </w:r>
      <w:sdt>
        <w:sdtPr>
          <w:id w:val="112"/>
          <w:tag w:val="choice_112"/>
          <w:alias w:val="About u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About us   </w:t>
      </w:r>
    </w:p>
    <w:p>
      <w:pPr>
        <w:tabs>
          <w:tab w:pos="4876" w:val="left"/>
        </w:tabs>
        <w:spacing w:after="80"/>
      </w:pPr>
      <w:sdt>
        <w:sdtPr>
          <w:id w:val="113"/>
          <w:tag w:val="choice_113"/>
          <w:alias w:val="Servic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Services   </w:t>
      </w:r>
      <w:r>
        <w:tab/>
      </w:r>
      <w:sdt>
        <w:sdtPr>
          <w:id w:val="114"/>
          <w:tag w:val="choice_114"/>
          <w:alias w:val="Our wor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Our work   </w:t>
      </w:r>
    </w:p>
    <w:p>
      <w:pPr>
        <w:tabs>
          <w:tab w:pos="4876" w:val="left"/>
        </w:tabs>
        <w:spacing w:after="80"/>
      </w:pPr>
      <w:sdt>
        <w:sdtPr>
          <w:id w:val="115"/>
          <w:tag w:val="choice_115"/>
          <w:alias w:val="Contact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Contact   </w:t>
      </w:r>
      <w:r>
        <w:tab/>
      </w:r>
      <w:sdt>
        <w:sdtPr>
          <w:id w:val="116"/>
          <w:tag w:val="choice_116"/>
          <w:alias w:val="Tea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Team   </w:t>
      </w:r>
    </w:p>
    <w:p>
      <w:pPr>
        <w:tabs>
          <w:tab w:pos="4876" w:val="left"/>
        </w:tabs>
        <w:spacing w:after="80"/>
      </w:pPr>
      <w:sdt>
        <w:sdtPr>
          <w:id w:val="117"/>
          <w:tag w:val="choice_117"/>
          <w:alias w:val="Frequently asked questi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Frequently asked questions   </w:t>
      </w:r>
      <w:r>
        <w:tab/>
      </w:r>
      <w:sdt>
        <w:sdtPr>
          <w:id w:val="118"/>
          <w:tag w:val="choice_118"/>
          <w:alias w:val="Please suggest a structur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Please suggest a structure   </w:t>
      </w:r>
    </w:p>
    <w:p>
      <w:pPr>
        <w:pStyle w:val="Heading2"/>
      </w:pPr>
      <w:r>
        <w:t>Which services do you offer</w:t>
      </w:r>
    </w:p>
    <w:p>
      <w:r>
        <w:rPr>
          <w:color w:val="555555"/>
          <w:sz w:val="18"/>
        </w:rPr>
        <w:t>Briefly describe your services. Add rows if needed, or attach existing service descriptions.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803"/>
      </w:tblGrid>
      <w:tr>
        <w:trPr>
          <w:tblHeader/>
        </w:trP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Service</w:t>
            </w:r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What does it include and who is it for</w:t>
            </w:r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19"/>
                <w:id w:val="11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0"/>
                <w:id w:val="12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1"/>
                <w:id w:val="12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2"/>
                <w:id w:val="12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3"/>
                <w:id w:val="12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4"/>
                <w:id w:val="12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2948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5"/>
                <w:id w:val="12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  <w:tc>
          <w:tcPr>
            <w:tcW w:type="dxa" w:w="6803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26"/>
                <w:id w:val="12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services should have their own page</w:t>
      </w:r>
    </w:p>
    <w:p>
      <w:pPr>
        <w:keepNext/>
      </w:pPr>
      <w:r>
        <w:rPr>
          <w:color w:val="555555"/>
          <w:sz w:val="18"/>
        </w:rPr>
        <w:t>These pages count towards your package limit. You may also write Please suggest.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ich services should have their own page"/>
                <w:tag w:val="answer_127"/>
                <w:id w:val="12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website features would you like</w:t>
      </w:r>
    </w:p>
    <w:p>
      <w:pPr>
        <w:keepNext/>
      </w:pPr>
      <w:r>
        <w:rPr>
          <w:color w:val="555555"/>
          <w:sz w:val="18"/>
        </w:rPr>
        <w:t>Tick all that apply. You may choose more than one answer.</w:t>
      </w:r>
    </w:p>
    <w:p>
      <w:pPr>
        <w:tabs>
          <w:tab w:pos="4876" w:val="left"/>
        </w:tabs>
        <w:spacing w:after="80"/>
      </w:pPr>
      <w:sdt>
        <w:sdtPr>
          <w:id w:val="128"/>
          <w:tag w:val="choice_128"/>
          <w:alias w:val="Photo gallery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Photo gallery   </w:t>
      </w:r>
      <w:r>
        <w:tab/>
      </w:r>
      <w:sdt>
        <w:sdtPr>
          <w:id w:val="129"/>
          <w:tag w:val="choice_129"/>
          <w:alias w:val="Map and directi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Map and directions   </w:t>
      </w:r>
    </w:p>
    <w:p>
      <w:pPr>
        <w:tabs>
          <w:tab w:pos="4876" w:val="left"/>
        </w:tabs>
        <w:spacing w:after="80"/>
      </w:pPr>
      <w:sdt>
        <w:sdtPr>
          <w:id w:val="130"/>
          <w:tag w:val="choice_130"/>
          <w:alias w:val="Downloadable document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Downloadable documents   </w:t>
      </w:r>
      <w:r>
        <w:tab/>
      </w:r>
      <w:sdt>
        <w:sdtPr>
          <w:id w:val="131"/>
          <w:tag w:val="choice_131"/>
          <w:alias w:val="WhatsApp or social media link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WhatsApp or social media link   </w:t>
      </w:r>
    </w:p>
    <w:p>
      <w:pPr>
        <w:tabs>
          <w:tab w:pos="4876" w:val="left"/>
        </w:tabs>
        <w:spacing w:after="80"/>
      </w:pPr>
      <w:sdt>
        <w:sdtPr>
          <w:id w:val="132"/>
          <w:tag w:val="choice_132"/>
          <w:alias w:val="Link to an existing booking servi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Link to an existing booking service   </w:t>
      </w:r>
      <w:r>
        <w:tab/>
      </w:r>
      <w:sdt>
        <w:sdtPr>
          <w:id w:val="133"/>
          <w:tag w:val="choice_133"/>
          <w:alias w:val="File attachment in the enquiry form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File attachment in the enquiry form   </w:t>
      </w:r>
    </w:p>
    <w:p>
      <w:pPr>
        <w:tabs>
          <w:tab w:pos="4876" w:val="left"/>
        </w:tabs>
        <w:spacing w:after="80"/>
      </w:pPr>
      <w:sdt>
        <w:sdtPr>
          <w:id w:val="134"/>
          <w:tag w:val="choice_134"/>
          <w:alias w:val="Additional language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Additional languages   </w:t>
      </w:r>
      <w:r>
        <w:tab/>
      </w:r>
      <w:sdt>
        <w:sdtPr>
          <w:id w:val="135"/>
          <w:tag w:val="choice_135"/>
          <w:alias w:val="I would like your advi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I would like your advice   </w:t>
      </w:r>
    </w:p>
    <w:p>
      <w:r>
        <w:rPr>
          <w:color w:val="555555"/>
          <w:sz w:val="18"/>
        </w:rPr>
        <w:t>Tick your wishes. This does not place an order. We will confirm the scope and any additional costs in our proposal before work begins.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Essential for launch</w:t>
            </w:r>
          </w:p>
          <w:p>
            <w:pPr>
              <w:spacing w:after="0"/>
            </w:pPr>
            <w:sdt>
              <w:sdtPr>
                <w:alias w:val="Essential for launch"/>
                <w:tag w:val="answer_136"/>
                <w:id w:val="13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Can be added later</w:t>
            </w:r>
          </w:p>
          <w:p>
            <w:pPr>
              <w:spacing w:after="0"/>
            </w:pPr>
            <w:sdt>
              <w:sdtPr>
                <w:alias w:val="Can be added later"/>
                <w:tag w:val="answer_137"/>
                <w:id w:val="13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For example, features, content or extra pages. Leave any undecided points blank.</w:t>
      </w:r>
    </w:p>
    <w:p>
      <w:r>
        <w:br w:type="page"/>
      </w:r>
    </w:p>
    <w:p>
      <w:pPr>
        <w:pStyle w:val="Heading1"/>
      </w:pPr>
      <w:r>
        <w:t>Your team and examples of your work</w:t>
      </w:r>
    </w:p>
    <w:p>
      <w:r>
        <w:t>Complete this section if relevant. You may attach existing documents or write Let's discuss.</w:t>
      </w:r>
    </w:p>
    <w:p>
      <w:pPr>
        <w:keepNext/>
        <w:spacing w:before="140"/>
      </w:pPr>
      <w:r>
        <w:rPr>
          <w:b/>
        </w:rPr>
        <w:t>Which strengths should we highlight</w:t>
      </w:r>
    </w:p>
    <w:p>
      <w:pPr>
        <w:keepNext/>
      </w:pPr>
      <w:r>
        <w:rPr>
          <w:color w:val="555555"/>
          <w:sz w:val="18"/>
        </w:rPr>
        <w:t>Tick all that apply. You may choose more than one answer.</w:t>
      </w:r>
    </w:p>
    <w:p>
      <w:pPr>
        <w:tabs>
          <w:tab w:pos="4876" w:val="left"/>
        </w:tabs>
        <w:spacing w:after="80"/>
      </w:pPr>
      <w:sdt>
        <w:sdtPr>
          <w:id w:val="138"/>
          <w:tag w:val="choice_138"/>
          <w:alias w:val="Experien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Experience   </w:t>
      </w:r>
      <w:r>
        <w:tab/>
      </w:r>
      <w:sdt>
        <w:sdtPr>
          <w:id w:val="139"/>
          <w:tag w:val="choice_139"/>
          <w:alias w:val="Specialist expertis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Specialist expertise   </w:t>
      </w:r>
    </w:p>
    <w:p>
      <w:pPr>
        <w:tabs>
          <w:tab w:pos="4876" w:val="left"/>
        </w:tabs>
        <w:spacing w:after="80"/>
      </w:pPr>
      <w:sdt>
        <w:sdtPr>
          <w:id w:val="140"/>
          <w:tag w:val="choice_140"/>
          <w:alias w:val="Personal service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Personal service   </w:t>
      </w:r>
      <w:r>
        <w:tab/>
      </w:r>
      <w:sdt>
        <w:sdtPr>
          <w:id w:val="141"/>
          <w:tag w:val="choice_141"/>
          <w:alias w:val="Reliable commitment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Reliable commitments   </w:t>
      </w:r>
    </w:p>
    <w:p>
      <w:pPr>
        <w:tabs>
          <w:tab w:pos="4876" w:val="left"/>
        </w:tabs>
        <w:spacing w:after="80"/>
      </w:pPr>
      <w:sdt>
        <w:sdtPr>
          <w:id w:val="142"/>
          <w:tag w:val="choice_142"/>
          <w:alias w:val="Flexible appointment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Flexible appointments   </w:t>
      </w:r>
      <w:r>
        <w:tab/>
      </w:r>
      <w:sdt>
        <w:sdtPr>
          <w:id w:val="143"/>
          <w:tag w:val="choice_143"/>
          <w:alias w:val="Tailored solutions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</w:rPr>
            <w:t>☐</w:t>
          </w:r>
        </w:sdtContent>
      </w:sdt>
      <w:r>
        <w:t xml:space="preserve"> Tailored solutions   </w:t>
      </w:r>
    </w:p>
    <w:p>
      <w:pPr>
        <w:keepNext/>
        <w:spacing w:before="140"/>
      </w:pPr>
      <w:r>
        <w:rPr>
          <w:b/>
        </w:rPr>
        <w:t>Other strengths or a short explanation</w:t>
      </w:r>
    </w:p>
    <w:p>
      <w:pPr>
        <w:keepNext/>
      </w:pPr>
      <w:r>
        <w:rPr>
          <w:color w:val="555555"/>
          <w:sz w:val="18"/>
        </w:rPr>
        <w:t>You can add your own strengths or a short supporting example. Only tick statements that apply to your business.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Other strengths or a short explanation"/>
                <w:tag w:val="answer_144"/>
                <w:id w:val="14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What would you like to tell visitors about your team</w:t>
      </w:r>
    </w:p>
    <w:p>
      <w:pPr>
        <w:keepNext/>
      </w:pPr>
      <w:r>
        <w:rPr>
          <w:color w:val="555555"/>
          <w:sz w:val="18"/>
        </w:rPr>
        <w:t>If relevant, include names, roles or who works with customers. You may attach an existing team introduction.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would you like to tell visitors about your team"/>
                <w:tag w:val="answer_145"/>
                <w:id w:val="14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How do you usually work with your customers</w:t>
      </w:r>
    </w:p>
    <w:p>
      <w:pPr>
        <w:keepNext/>
      </w:pPr>
      <w:r>
        <w:rPr>
          <w:color w:val="555555"/>
          <w:sz w:val="18"/>
        </w:rPr>
        <w:t>For example, enquiry, site visit, proposal and carrying out the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How do you usually work with your customers"/>
                <w:tag w:val="answer_146"/>
                <w:id w:val="14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projects or completed work would you like to show</w:t>
      </w:r>
    </w:p>
    <w:p>
      <w:pPr>
        <w:keepNext/>
      </w:pPr>
      <w:r>
        <w:rPr>
          <w:color w:val="555555"/>
          <w:sz w:val="18"/>
        </w:rPr>
        <w:t>Add a short description and the relevant photos or folder links. Do not include confidential customer details.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ich projects or completed work would you like to show"/>
                <w:tag w:val="answer_147"/>
                <w:id w:val="14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  <w:p>
            <w:pPr>
              <w:spacing w:after="0"/>
            </w:pPr>
          </w:p>
        </w:tc>
      </w:tr>
    </w:tbl>
    <w:p>
      <w:pPr>
        <w:keepNext/>
        <w:spacing w:before="140"/>
      </w:pPr>
      <w:r>
        <w:rPr>
          <w:b/>
        </w:rPr>
        <w:t>What do customers often ask before placing an order</w:t>
      </w:r>
    </w:p>
    <w:p>
      <w:pPr>
        <w:keepNext/>
      </w:pPr>
      <w:r>
        <w:rPr>
          <w:color w:val="555555"/>
          <w:sz w:val="18"/>
        </w:rPr>
        <w:t>If possible, add your short answers too.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do customers often ask before placing an order"/>
                <w:tag w:val="answer_148"/>
                <w:id w:val="14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reviews or evidence of experience may we show</w:t>
      </w:r>
    </w:p>
    <w:p>
      <w:pPr>
        <w:keepNext/>
      </w:pPr>
      <w:r>
        <w:rPr>
          <w:color w:val="555555"/>
          <w:sz w:val="18"/>
        </w:rPr>
        <w:t>For example, reviews you may use, qualifications or certificates. Links or files are enough.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ich reviews or evidence of experience may we show"/>
                <w:tag w:val="answer_149"/>
                <w:id w:val="14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What information do you need to respond to an enquiry</w:t>
      </w:r>
    </w:p>
    <w:p>
      <w:pPr>
        <w:keepNext/>
      </w:pPr>
      <w:r>
        <w:rPr>
          <w:color w:val="555555"/>
          <w:sz w:val="18"/>
        </w:rPr>
        <w:t>For example, the service, location and a short description. We only ask visitors for necessary information.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at information do you need to respond to an enquiry"/>
                <w:tag w:val="answer_150"/>
                <w:id w:val="15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Design and available materials</w:t>
      </w:r>
    </w:p>
    <w:p>
      <w:r>
        <w:t>Tick one option in each row. If you need help, we will discuss the work and any additional costs in advance.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531"/>
        <w:gridCol w:w="1757"/>
        <w:gridCol w:w="1757"/>
        <w:gridCol w:w="1531"/>
      </w:tblGrid>
      <w:tr>
        <w:trPr>
          <w:tblHeader/>
        </w:trP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Material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Available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Will send later</w:t>
            </w:r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Need help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CEDEA"/>
          </w:tcPr>
          <w:p>
            <w:pPr>
              <w:spacing w:after="0"/>
            </w:pPr>
            <w:r>
              <w:rPr>
                <w:b/>
                <w:sz w:val="20"/>
              </w:rPr>
              <w:t>Not needed</w:t>
            </w:r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Logo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1"/>
                <w:tag w:val="choice_151"/>
                <w:alias w:val="Logo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2"/>
                <w:tag w:val="choice_152"/>
                <w:alias w:val="Logo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3"/>
                <w:tag w:val="choice_153"/>
                <w:alias w:val="Logo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4"/>
                <w:tag w:val="choice_154"/>
                <w:alias w:val="Logo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Text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5"/>
                <w:tag w:val="choice_155"/>
                <w:alias w:val="Text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6"/>
                <w:tag w:val="choice_156"/>
                <w:alias w:val="Text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7"/>
                <w:tag w:val="choice_157"/>
                <w:alias w:val="Text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8"/>
                <w:tag w:val="choice_158"/>
                <w:alias w:val="Text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Photos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59"/>
                <w:tag w:val="choice_159"/>
                <w:alias w:val="Photos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0"/>
                <w:tag w:val="choice_160"/>
                <w:alias w:val="Photos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1"/>
                <w:tag w:val="choice_161"/>
                <w:alias w:val="Photos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2"/>
                <w:tag w:val="choice_162"/>
                <w:alias w:val="Photos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Project examples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3"/>
                <w:tag w:val="choice_163"/>
                <w:alias w:val="Project examples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4"/>
                <w:tag w:val="choice_164"/>
                <w:alias w:val="Project examples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5"/>
                <w:tag w:val="choice_165"/>
                <w:alias w:val="Project examples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6"/>
                <w:tag w:val="choice_166"/>
                <w:alias w:val="Project examples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Customer reviews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7"/>
                <w:tag w:val="choice_167"/>
                <w:alias w:val="Customer reviews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8"/>
                <w:tag w:val="choice_168"/>
                <w:alias w:val="Customer reviews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69"/>
                <w:tag w:val="choice_169"/>
                <w:alias w:val="Customer reviews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0"/>
                <w:tag w:val="choice_170"/>
                <w:alias w:val="Customer reviews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c>
          <w:tcPr>
            <w:tcW w:type="dxa" w:w="317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Legal notice and privacy policy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1"/>
                <w:tag w:val="choice_171"/>
                <w:alias w:val="Legal notice and privacy policy Available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2"/>
                <w:tag w:val="choice_172"/>
                <w:alias w:val="Legal notice and privacy policy Will send later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757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3"/>
                <w:tag w:val="choice_173"/>
                <w:alias w:val="Legal notice and privacy policy Need help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  <w:jc w:val="center"/>
            </w:pPr>
            <w:sdt>
              <w:sdtPr>
                <w:id w:val="174"/>
                <w:tag w:val="choice_174"/>
                <w:alias w:val="Legal notice and privacy policy Not need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Are there colours or brand guidelines we should keep</w:t>
      </w:r>
    </w:p>
    <w:p>
      <w:pPr>
        <w:keepNext/>
      </w:pPr>
      <w:r>
        <w:rPr>
          <w:color w:val="555555"/>
          <w:sz w:val="18"/>
        </w:rPr>
        <w:t>Attach your logo or existing materials. You may also write Please suggest a design.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re there colours or brand guidelines we should keep"/>
                <w:tag w:val="answer_175"/>
                <w:id w:val="17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Which websites do you like and what do you like about them</w:t>
            </w:r>
          </w:p>
          <w:p>
            <w:pPr>
              <w:spacing w:after="0"/>
            </w:pPr>
            <w:sdt>
              <w:sdtPr>
                <w:alias w:val="Which websites do you like and what do you like about them"/>
                <w:tag w:val="answer_176"/>
                <w:id w:val="17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What do you dislike or want to avoid</w:t>
            </w:r>
          </w:p>
          <w:p>
            <w:pPr>
              <w:spacing w:after="0"/>
            </w:pPr>
            <w:sdt>
              <w:sdtPr>
                <w:alias w:val="What do you dislike or want to avoid"/>
                <w:tag w:val="answer_177"/>
                <w:id w:val="17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Links are enough. For example, colours, photos, ease of use or the overall feel.</w:t>
      </w:r>
    </w:p>
    <w:p>
      <w:pPr>
        <w:keepNext/>
        <w:spacing w:before="140"/>
      </w:pPr>
      <w:r>
        <w:rPr>
          <w:b/>
        </w:rPr>
        <w:t>How would you like to address your visitors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How would you like to address your visitors"/>
                <w:tag w:val="single_tone"/>
                <w:id w:val="178"/>
                <w:showingPlcHdr/>
                <w:dropDownList>
                  <w:listItem w:displayText="Please choose" w:value="select"/>
                  <w:listItem w:displayText="Formal and professional" w:value="formal"/>
                  <w:listItem w:displayText="Friendly and informal" w:value="informal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Which businesses offer similar services in your area</w:t>
      </w:r>
    </w:p>
    <w:p>
      <w:pPr>
        <w:keepNext/>
      </w:pPr>
      <w:r>
        <w:rPr>
          <w:color w:val="555555"/>
          <w:sz w:val="18"/>
        </w:rPr>
        <w:t>Optional. Names or links are enough. We do not copy other businesses' text or designs.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ich businesses offer similar services in your area"/>
                <w:tag w:val="answer_179"/>
                <w:id w:val="17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Where can we find your materials</w:t>
      </w:r>
    </w:p>
    <w:p>
      <w:pPr>
        <w:keepNext/>
      </w:pPr>
      <w:r>
        <w:rPr>
          <w:color w:val="555555"/>
          <w:sz w:val="18"/>
        </w:rPr>
        <w:t>Add a shared folder link or the names of attached files. Do not include passwords. Only send materials you have permission to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ere can we find your materials"/>
                <w:tag w:val="answer_180"/>
                <w:id w:val="18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keepNext/>
        <w:spacing w:before="140"/>
      </w:pPr>
      <w:r>
        <w:rPr>
          <w:b/>
        </w:rPr>
        <w:t>When can you send any missing materials</w:t>
      </w:r>
    </w:p>
    <w:p>
      <w:pPr>
        <w:keepNext/>
      </w:pPr>
      <w:r>
        <w:rPr>
          <w:color w:val="555555"/>
          <w:sz w:val="18"/>
        </w:rPr>
        <w:t>An approximate date or Let's plan together is enough.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When can you send any missing materials"/>
                <w:tag w:val="answer_181"/>
                <w:id w:val="181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r>
        <w:br w:type="page"/>
      </w:r>
    </w:p>
    <w:p>
      <w:pPr>
        <w:pStyle w:val="Heading1"/>
      </w:pPr>
      <w:r>
        <w:t>Website contact details and launch preparation</w:t>
      </w:r>
    </w:p>
    <w:p>
      <w:pPr>
        <w:pStyle w:val="Heading2"/>
      </w:pPr>
      <w:r>
        <w:t>Which contact details should appear on your website</w:t>
      </w:r>
    </w:p>
    <w:p>
      <w:r>
        <w:rPr>
          <w:color w:val="555555"/>
          <w:sz w:val="18"/>
        </w:rPr>
        <w:t>Only include details you want visitors to see. Leave any unnecessary fields blank.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746"/>
      </w:tblGrid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Phone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82"/>
                <w:id w:val="18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Email on the website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83"/>
                <w:id w:val="18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Address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84"/>
                <w:id w:val="18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Opening hours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85"/>
                <w:id w:val="185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  <w:tr>
        <w:tc>
          <w:tcPr>
            <w:tcW w:type="dxa" w:w="3005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Social media links</w:t>
            </w:r>
          </w:p>
        </w:tc>
        <w:tc>
          <w:tcPr>
            <w:tcW w:type="dxa" w:w="674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Your answer"/>
                <w:tag w:val="answer_186"/>
                <w:id w:val="186"/>
                <w:text w:multiLine="1"/>
                <w:showingPlcHdr/>
              </w:sdtPr>
              <w:sdtContent>
                <w:r>
                  <w:rPr>
                    <w:color w:val="777777"/>
                  </w:rPr>
                  <w:t>Your answer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Which email should receive website enquiries</w:t>
            </w:r>
          </w:p>
          <w:p>
            <w:pPr>
              <w:spacing w:after="0"/>
            </w:pPr>
            <w:sdt>
              <w:sdtPr>
                <w:alias w:val="Which email should receive website enquiries"/>
                <w:tag w:val="answer_187"/>
                <w:id w:val="187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Do you already have a domain and hosting</w:t>
            </w:r>
          </w:p>
          <w:p>
            <w:pPr>
              <w:spacing w:after="0"/>
            </w:pPr>
            <w:sdt>
              <w:sdtPr>
                <w:alias w:val="Do you already have a domain and hosting"/>
                <w:tag w:val="answer_188"/>
                <w:id w:val="188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Name the domain and provider or write Please help. Do not include passwords.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Main website language</w:t>
            </w:r>
          </w:p>
          <w:p>
            <w:pPr>
              <w:spacing w:after="0"/>
            </w:pPr>
            <w:sdt>
              <w:sdtPr>
                <w:alias w:val="Main website language"/>
                <w:tag w:val="answer_189"/>
                <w:id w:val="189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Preferred launch date</w:t>
            </w:r>
          </w:p>
          <w:p>
            <w:pPr>
              <w:spacing w:after="0"/>
            </w:pPr>
            <w:sdt>
              <w:sdtPr>
                <w:alias w:val="Preferred launch date"/>
                <w:tag w:val="answer_190"/>
                <w:id w:val="190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Name one main language. We will agree additional language versions and their cost separately.</w:t>
      </w:r>
    </w:p>
    <w:p>
      <w:r>
        <w:rPr>
          <w:color w:val="555555"/>
          <w:sz w:val="18"/>
        </w:rPr>
        <w:t>An approximate date is enough. Mention any event or fixed deadline in the comments.</w:t>
      </w:r>
    </w:p>
    <w:p>
      <w:pPr>
        <w:keepNext/>
        <w:spacing w:before="140"/>
      </w:pPr>
      <w:r>
        <w:rPr>
          <w:b/>
        </w:rPr>
        <w:t>Who will update the content after launch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sdt>
              <w:sdtPr>
                <w:alias w:val="Who will update the content after launch"/>
                <w:tag w:val="single_maintenance"/>
                <w:id w:val="191"/>
                <w:showingPlcHdr/>
                <w:dropDownList>
                  <w:listItem w:displayText="Please choose" w:value="select"/>
                  <w:listItem w:displayText="I will, after an introduction" w:value="selfmanage"/>
                  <w:listItem w:displayText="Aboxon by separate agreement" w:value="agencycare"/>
                  <w:listItem w:displayText="Only occasional changes are needed" w:value="rarechanges"/>
                  <w:listItem w:displayText="I would like your advice" w:value="help"/>
                </w:dropDownList>
              </w:sdtPr>
              <w:sdtContent>
                <w:r>
                  <w:rPr>
                    <w:color w:val="777777"/>
                  </w:rPr>
                  <w:t>Please choose</w:t>
                </w:r>
              </w:sdtContent>
            </w:sdt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What do you expect to update</w:t>
            </w:r>
          </w:p>
          <w:p>
            <w:pPr>
              <w:spacing w:after="0"/>
            </w:pPr>
            <w:sdt>
              <w:sdtPr>
                <w:alias w:val="What do you expect to update"/>
                <w:tag w:val="answer_192"/>
                <w:id w:val="192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  <w:tc>
          <w:tcPr>
            <w:tcW w:type="dxa" w:w="4876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</w:rPr>
              <w:t>Who will review and approve the website with us</w:t>
            </w:r>
          </w:p>
          <w:p>
            <w:pPr>
              <w:spacing w:after="0"/>
            </w:pPr>
            <w:sdt>
              <w:sdtPr>
                <w:alias w:val="Who will review and approve the website with us"/>
                <w:tag w:val="answer_193"/>
                <w:id w:val="193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spacing w:after="0" w:line="80" w:lineRule="exact"/>
      </w:pPr>
    </w:p>
    <w:p>
      <w:r>
        <w:rPr>
          <w:color w:val="555555"/>
          <w:sz w:val="18"/>
        </w:rPr>
        <w:t>For example, projects, services or opening hours.</w:t>
      </w:r>
    </w:p>
    <w:p>
      <w:r>
        <w:rPr>
          <w:color w:val="555555"/>
          <w:sz w:val="18"/>
        </w:rPr>
        <w:t>You or another responsible person through whom we will collect feedback.</w:t>
      </w:r>
    </w:p>
    <w:p>
      <w:pPr>
        <w:keepNext/>
        <w:spacing w:before="140"/>
      </w:pPr>
      <w:r>
        <w:rPr>
          <w:b/>
        </w:rPr>
        <w:t>Additional wishes and comments</w:t>
      </w:r>
    </w:p>
    <w:p>
      <w:pPr>
        <w:keepNext/>
      </w:pPr>
      <w:r>
        <w:rPr>
          <w:color w:val="555555"/>
          <w:sz w:val="18"/>
        </w:rPr>
        <w:t>Special features and extra languages are agreed separately. Also mention any event that sets your launch deadline.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7F5"/>
          </w:tcPr>
          <w:p>
            <w:pPr>
              <w:spacing w:after="0"/>
            </w:pPr>
            <w:sdt>
              <w:sdtPr>
                <w:alias w:val="Additional wishes and comments"/>
                <w:tag w:val="answer_194"/>
                <w:id w:val="194"/>
                <w:text w:multiLine="1"/>
                <w:showingPlcHdr/>
              </w:sdtPr>
              <w:sdtContent>
                <w:r>
                  <w:rPr>
                    <w:color w:val="777777"/>
                  </w:rPr>
                  <w:t>Click here to enter your answer</w:t>
                </w:r>
              </w:sdtContent>
            </w:sdt>
          </w:p>
        </w:tc>
      </w:tr>
    </w:tbl>
    <w:p>
      <w:pPr>
        <w:pStyle w:val="Heading2"/>
      </w:pPr>
      <w:r>
        <w:t>How to send us your brief</w:t>
      </w:r>
    </w:p>
    <w:p>
      <w:r>
        <w:rPr>
          <w:color w:val="555555"/>
          <w:sz w:val="18"/>
        </w:rPr>
        <w:t>Save the file and email it to office@aboxon-webkonzept.de or attach it to your enquiry on our website. The enquiry accepts one DOCX or PDF up to 5 MiB. Send other materials separately or as a folder link.</w:t>
      </w:r>
    </w:p>
    <w:p>
      <w:r>
        <w:rPr>
          <w:color w:val="555555"/>
          <w:sz w:val="18"/>
        </w:rPr>
        <w:t>We will clarify the details and confirm the scope in our proposal. Completing the brief does not place an order.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32" w:right="1077" w:bottom="907" w:left="1077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Aboxon Webkonzept   ·   Medium   ·   office@aboxon-webkonzept.de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2000" cy="555848"/>
          <wp:docPr id="1" name="Picture 1" descr="Aboxon Webkonzept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oxon-logo-hon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2000" cy="5558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61616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6161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6161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00000"/>
    </w:rPr>
  </w:style>
  <w:style w:type="character" w:customStyle="1" w:styleId="FollowedHyperlink">
    <w:name w:val="FollowedHyperlink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161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161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161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616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6161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6161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61616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61616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61616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16161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1616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616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616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6161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16161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6161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616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61616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161616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6161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61616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61616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161616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161616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61616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161616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161616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161616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161616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161616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161616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161616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161616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161616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161616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161616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161616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161616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1616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61616"/>
      </w:rPr>
    </w:tblStylePr>
    <w:tblStylePr w:type="nwCell">
      <w:rPr>
        <w:color w:val="161616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161616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16161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161616"/>
      </w:rPr>
      <w:tblPr/>
      <w:tcPr>
        <w:shd w:val="clear" w:color="auto" w:fill="999999" w:themeFill="text1" w:themeFillTint="66"/>
      </w:tcPr>
    </w:tblStylePr>
    <w:tblStylePr w:type="firstCol">
      <w:rPr>
        <w:color w:val="161616"/>
      </w:rPr>
      <w:tblPr/>
      <w:tcPr>
        <w:shd w:val="clear" w:color="auto" w:fill="000000" w:themeFill="text1" w:themeFillShade="BF"/>
      </w:tcPr>
    </w:tblStylePr>
    <w:tblStylePr w:type="lastCol">
      <w:rPr>
        <w:color w:val="161616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61616"/>
      </w:rPr>
      <w:tblPr/>
      <w:tcPr>
        <w:shd w:val="clear" w:color="auto" w:fill="B8CCE4" w:themeFill="accent1" w:themeFillTint="66"/>
      </w:tcPr>
    </w:tblStylePr>
    <w:tblStylePr w:type="firstCol">
      <w:rPr>
        <w:color w:val="161616"/>
      </w:rPr>
      <w:tblPr/>
      <w:tcPr>
        <w:shd w:val="clear" w:color="auto" w:fill="365F91" w:themeFill="accent1" w:themeFillShade="BF"/>
      </w:tcPr>
    </w:tblStylePr>
    <w:tblStylePr w:type="lastCol">
      <w:rPr>
        <w:color w:val="161616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61616"/>
      </w:rPr>
      <w:tblPr/>
      <w:tcPr>
        <w:shd w:val="clear" w:color="auto" w:fill="E5B8B7" w:themeFill="accent2" w:themeFillTint="66"/>
      </w:tcPr>
    </w:tblStylePr>
    <w:tblStylePr w:type="firstCol">
      <w:rPr>
        <w:color w:val="161616"/>
      </w:rPr>
      <w:tblPr/>
      <w:tcPr>
        <w:shd w:val="clear" w:color="auto" w:fill="943634" w:themeFill="accent2" w:themeFillShade="BF"/>
      </w:tcPr>
    </w:tblStylePr>
    <w:tblStylePr w:type="lastCol">
      <w:rPr>
        <w:color w:val="161616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61616"/>
      </w:rPr>
      <w:tblPr/>
      <w:tcPr>
        <w:shd w:val="clear" w:color="auto" w:fill="D6E3BC" w:themeFill="accent3" w:themeFillTint="66"/>
      </w:tcPr>
    </w:tblStylePr>
    <w:tblStylePr w:type="firstCol">
      <w:rPr>
        <w:color w:val="161616"/>
      </w:rPr>
      <w:tblPr/>
      <w:tcPr>
        <w:shd w:val="clear" w:color="auto" w:fill="76923C" w:themeFill="accent3" w:themeFillShade="BF"/>
      </w:tcPr>
    </w:tblStylePr>
    <w:tblStylePr w:type="lastCol">
      <w:rPr>
        <w:color w:val="161616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61616"/>
      </w:rPr>
      <w:tblPr/>
      <w:tcPr>
        <w:shd w:val="clear" w:color="auto" w:fill="CCC0D9" w:themeFill="accent4" w:themeFillTint="66"/>
      </w:tcPr>
    </w:tblStylePr>
    <w:tblStylePr w:type="firstCol">
      <w:rPr>
        <w:color w:val="161616"/>
      </w:rPr>
      <w:tblPr/>
      <w:tcPr>
        <w:shd w:val="clear" w:color="auto" w:fill="5F497A" w:themeFill="accent4" w:themeFillShade="BF"/>
      </w:tcPr>
    </w:tblStylePr>
    <w:tblStylePr w:type="lastCol">
      <w:rPr>
        <w:color w:val="161616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61616"/>
      </w:rPr>
      <w:tblPr/>
      <w:tcPr>
        <w:shd w:val="clear" w:color="auto" w:fill="B6DDE8" w:themeFill="accent5" w:themeFillTint="66"/>
      </w:tcPr>
    </w:tblStylePr>
    <w:tblStylePr w:type="firstCol">
      <w:rPr>
        <w:color w:val="161616"/>
      </w:rPr>
      <w:tblPr/>
      <w:tcPr>
        <w:shd w:val="clear" w:color="auto" w:fill="31849B" w:themeFill="accent5" w:themeFillShade="BF"/>
      </w:tcPr>
    </w:tblStylePr>
    <w:tblStylePr w:type="lastCol">
      <w:rPr>
        <w:color w:val="161616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161616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61616"/>
      </w:rPr>
      <w:tblPr/>
      <w:tcPr>
        <w:shd w:val="clear" w:color="auto" w:fill="FBD4B4" w:themeFill="accent6" w:themeFillTint="66"/>
      </w:tcPr>
    </w:tblStylePr>
    <w:tblStylePr w:type="firstCol">
      <w:rPr>
        <w:color w:val="161616"/>
      </w:rPr>
      <w:tblPr/>
      <w:tcPr>
        <w:shd w:val="clear" w:color="auto" w:fill="E36C0A" w:themeFill="accent6" w:themeFillShade="BF"/>
      </w:tcPr>
    </w:tblStylePr>
    <w:tblStylePr w:type="lastCol">
      <w:rPr>
        <w:color w:val="161616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333333"/>
      </a:dk2>
      <a:lt2>
        <a:srgbClr val="F4F4F4"/>
      </a:lt2>
      <a:accent1>
        <a:srgbClr val="666666"/>
      </a:accent1>
      <a:accent2>
        <a:srgbClr val="777777"/>
      </a:accent2>
      <a:accent3>
        <a:srgbClr val="888888"/>
      </a:accent3>
      <a:accent4>
        <a:srgbClr val="999999"/>
      </a:accent4>
      <a:accent5>
        <a:srgbClr val="AAAAAA"/>
      </a:accent5>
      <a:accent6>
        <a:srgbClr val="BBBBBB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project brief Medium</dc:title>
  <dc:subject>Website project brief</dc:subject>
  <dc:creator>Aboxon Webkonzept</dc:creator>
  <cp:keywords>Briefing Medium en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